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E34EB" w14:textId="65D91714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  <w:r w:rsidRPr="00614385">
        <w:rPr>
          <w:rFonts w:ascii="Roboto Condensed" w:hAnsi="Roboto Condensed" w:cs="Calibri"/>
          <w:b/>
          <w:noProof/>
          <w:color w:val="000000"/>
          <w:sz w:val="20"/>
          <w:lang w:val="es-ES" w:eastAsia="es-ES"/>
        </w:rPr>
        <w:drawing>
          <wp:anchor distT="0" distB="0" distL="114300" distR="114300" simplePos="0" relativeHeight="251659264" behindDoc="1" locked="0" layoutInCell="1" allowOverlap="1" wp14:anchorId="3BA20C9A" wp14:editId="1E739A09">
            <wp:simplePos x="0" y="0"/>
            <wp:positionH relativeFrom="column">
              <wp:posOffset>-1143000</wp:posOffset>
            </wp:positionH>
            <wp:positionV relativeFrom="paragraph">
              <wp:posOffset>-916940</wp:posOffset>
            </wp:positionV>
            <wp:extent cx="8229600" cy="10130155"/>
            <wp:effectExtent l="0" t="0" r="0" b="0"/>
            <wp:wrapNone/>
            <wp:docPr id="28" name="Imagen 28" descr="P4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P4#y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13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4AB03" w14:textId="54573CA5" w:rsidR="00A355AB" w:rsidRPr="00614385" w:rsidRDefault="008B31D9" w:rsidP="00EE23EB">
      <w:pPr>
        <w:jc w:val="center"/>
        <w:rPr>
          <w:rFonts w:ascii="Roboto Condensed" w:hAnsi="Roboto Condensed"/>
          <w:b/>
          <w:bCs/>
          <w:lang w:val="es-CL"/>
        </w:rPr>
      </w:pPr>
      <w:r w:rsidRPr="00614385">
        <w:rPr>
          <w:rFonts w:ascii="Roboto Condensed" w:hAnsi="Roboto Condensed" w:cs="Calibri"/>
          <w:noProof/>
          <w:lang w:val="es-ES" w:eastAsia="es-ES"/>
        </w:rPr>
        <w:drawing>
          <wp:anchor distT="0" distB="0" distL="114300" distR="114300" simplePos="0" relativeHeight="251663360" behindDoc="0" locked="0" layoutInCell="1" allowOverlap="1" wp14:anchorId="30482A75" wp14:editId="34D9E110">
            <wp:simplePos x="0" y="0"/>
            <wp:positionH relativeFrom="column">
              <wp:posOffset>542925</wp:posOffset>
            </wp:positionH>
            <wp:positionV relativeFrom="paragraph">
              <wp:posOffset>268605</wp:posOffset>
            </wp:positionV>
            <wp:extent cx="4500880" cy="1239520"/>
            <wp:effectExtent l="0" t="0" r="0" b="0"/>
            <wp:wrapNone/>
            <wp:docPr id="27" name="Imagen 27" descr="P7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P7#y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DD23A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2592D0DF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6B6E11F0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06BF592C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45D2E4F0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59A7E702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1A42476E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5228C9B3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72B555DE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3326D107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3F35D23B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370BACC6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712ACF23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089D025A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01F051BD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709074EE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45843F82" w14:textId="4523F4E6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  <w:r w:rsidRPr="00614385">
        <w:rPr>
          <w:rFonts w:ascii="Roboto Condensed" w:hAnsi="Roboto Condensed" w:cs="Calibri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9523F77" wp14:editId="5F036EA4">
                <wp:simplePos x="0" y="0"/>
                <wp:positionH relativeFrom="column">
                  <wp:posOffset>-314325</wp:posOffset>
                </wp:positionH>
                <wp:positionV relativeFrom="paragraph">
                  <wp:posOffset>79375</wp:posOffset>
                </wp:positionV>
                <wp:extent cx="6503035" cy="2377440"/>
                <wp:effectExtent l="0" t="0" r="0" b="0"/>
                <wp:wrapNone/>
                <wp:docPr id="1" name="Text Box 20" descr="P10TB2bA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3035" cy="237744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EDFC7B" w14:textId="4BB74EDE" w:rsidR="00A355AB" w:rsidRPr="0072433B" w:rsidRDefault="008B31D9" w:rsidP="0072433B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4"/>
                                <w:lang w:val="es-CL"/>
                              </w:rPr>
                            </w:pPr>
                            <w:r w:rsidRPr="005D7183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4"/>
                                <w:lang w:val="es-CL"/>
                              </w:rPr>
                              <w:t>PROGRAMA DE INTEGRIDAD Y CUMPLIMIENTO</w:t>
                            </w:r>
                          </w:p>
                          <w:p w14:paraId="06FBC697" w14:textId="77777777" w:rsidR="00A355AB" w:rsidRDefault="00A355AB" w:rsidP="00A355A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s-ES" w:eastAsia="ja-JP"/>
                              </w:rPr>
                            </w:pPr>
                          </w:p>
                          <w:p w14:paraId="128770E4" w14:textId="6D032F6A" w:rsidR="0072433B" w:rsidRPr="0072433B" w:rsidRDefault="0072433B" w:rsidP="0072433B">
                            <w:pPr>
                              <w:spacing w:after="0" w:line="240" w:lineRule="auto"/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72433B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E-DESIGN – Lizana, Morales y </w:t>
                            </w:r>
                            <w:proofErr w:type="spellStart"/>
                            <w:r w:rsidRPr="0072433B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>Bascur</w:t>
                            </w:r>
                            <w:proofErr w:type="spellEnd"/>
                            <w:r w:rsidRPr="0072433B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2433B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>SpA</w:t>
                            </w:r>
                            <w:proofErr w:type="spellEnd"/>
                          </w:p>
                          <w:p w14:paraId="03FE4269" w14:textId="710292F2" w:rsidR="00A355AB" w:rsidRPr="0072433B" w:rsidRDefault="0072433B" w:rsidP="0072433B">
                            <w:pPr>
                              <w:spacing w:after="0" w:line="240" w:lineRule="auto"/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72433B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>Versión</w:t>
                            </w:r>
                            <w:proofErr w:type="spellEnd"/>
                            <w:r w:rsidRPr="0072433B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 1.0 – </w:t>
                            </w:r>
                            <w:proofErr w:type="spellStart"/>
                            <w:r w:rsidRPr="0072433B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>Octubre</w:t>
                            </w:r>
                            <w:proofErr w:type="spellEnd"/>
                            <w:r w:rsidRPr="0072433B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 2025</w:t>
                            </w:r>
                          </w:p>
                          <w:p w14:paraId="34381021" w14:textId="65CF917C" w:rsidR="0072433B" w:rsidRPr="0072433B" w:rsidRDefault="0072433B" w:rsidP="0072433B">
                            <w:pPr>
                              <w:spacing w:after="0" w:line="240" w:lineRule="auto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D7183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s-CL"/>
                              </w:rPr>
                              <w:t>Representante Legal:</w:t>
                            </w:r>
                            <w:r w:rsidRPr="005D7183">
                              <w:rPr>
                                <w:color w:val="FFFFFF" w:themeColor="background1"/>
                                <w:sz w:val="36"/>
                                <w:szCs w:val="36"/>
                                <w:lang w:val="es-CL"/>
                              </w:rPr>
                              <w:t xml:space="preserve"> Pablo Alonso Lizana Carvajal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23F77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alt="P10TB2bA#y1" style="position:absolute;left:0;text-align:left;margin-left:-24.75pt;margin-top:6.25pt;width:512.05pt;height:187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" filled="f">
                <v:stroke opacity="0" joinstyle="round"/>
                <v:textbox>
                  <w:txbxContent>
                    <w:p w14:paraId="2AEDFC7B" w14:textId="4BB74EDE" w:rsidR="00A355AB" w:rsidRPr="0072433B" w:rsidRDefault="008B31D9" w:rsidP="0072433B">
                      <w:pPr>
                        <w:rPr>
                          <w:b/>
                          <w:bCs/>
                          <w:color w:val="FFFFFF" w:themeColor="background1"/>
                          <w:sz w:val="48"/>
                          <w:szCs w:val="44"/>
                          <w:lang w:val="es-CL"/>
                        </w:rPr>
                      </w:pPr>
                      <w:r w:rsidRPr="005D7183">
                        <w:rPr>
                          <w:b/>
                          <w:bCs/>
                          <w:color w:val="FFFFFF" w:themeColor="background1"/>
                          <w:sz w:val="48"/>
                          <w:szCs w:val="44"/>
                          <w:lang w:val="es-CL"/>
                        </w:rPr>
                        <w:t>PROGRAMA DE INTEGRIDAD Y CUMPLIMIENTO</w:t>
                      </w:r>
                    </w:p>
                    <w:p w14:paraId="06FBC697" w14:textId="77777777" w:rsidR="00A355AB" w:rsidRDefault="00A355AB" w:rsidP="00A355A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s-ES" w:eastAsia="ja-JP"/>
                        </w:rPr>
                      </w:pPr>
                    </w:p>
                    <w:p w14:paraId="128770E4" w14:textId="6D032F6A" w:rsidR="0072433B" w:rsidRPr="0072433B" w:rsidRDefault="0072433B" w:rsidP="0072433B">
                      <w:pPr>
                        <w:spacing w:after="0" w:line="240" w:lineRule="auto"/>
                        <w:rPr>
                          <w:b/>
                          <w:color w:val="FFFFFF"/>
                          <w:sz w:val="36"/>
                          <w:szCs w:val="36"/>
                        </w:rPr>
                      </w:pPr>
                      <w:r w:rsidRPr="0072433B">
                        <w:rPr>
                          <w:b/>
                          <w:color w:val="FFFFFF"/>
                          <w:sz w:val="36"/>
                          <w:szCs w:val="36"/>
                        </w:rPr>
                        <w:t xml:space="preserve">E-DESIGN – Lizana, Morales y </w:t>
                      </w:r>
                      <w:proofErr w:type="spellStart"/>
                      <w:r w:rsidRPr="0072433B">
                        <w:rPr>
                          <w:b/>
                          <w:color w:val="FFFFFF"/>
                          <w:sz w:val="36"/>
                          <w:szCs w:val="36"/>
                        </w:rPr>
                        <w:t>Bascur</w:t>
                      </w:r>
                      <w:proofErr w:type="spellEnd"/>
                      <w:r w:rsidRPr="0072433B">
                        <w:rPr>
                          <w:b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2433B">
                        <w:rPr>
                          <w:b/>
                          <w:color w:val="FFFFFF"/>
                          <w:sz w:val="36"/>
                          <w:szCs w:val="36"/>
                        </w:rPr>
                        <w:t>SpA</w:t>
                      </w:r>
                      <w:proofErr w:type="spellEnd"/>
                    </w:p>
                    <w:p w14:paraId="03FE4269" w14:textId="710292F2" w:rsidR="00A355AB" w:rsidRPr="0072433B" w:rsidRDefault="0072433B" w:rsidP="0072433B">
                      <w:pPr>
                        <w:spacing w:after="0" w:line="240" w:lineRule="auto"/>
                        <w:rPr>
                          <w:b/>
                          <w:color w:val="FFFFFF"/>
                          <w:sz w:val="36"/>
                          <w:szCs w:val="36"/>
                        </w:rPr>
                      </w:pPr>
                      <w:proofErr w:type="spellStart"/>
                      <w:r w:rsidRPr="0072433B">
                        <w:rPr>
                          <w:b/>
                          <w:color w:val="FFFFFF"/>
                          <w:sz w:val="36"/>
                          <w:szCs w:val="36"/>
                        </w:rPr>
                        <w:t>Versión</w:t>
                      </w:r>
                      <w:proofErr w:type="spellEnd"/>
                      <w:r w:rsidRPr="0072433B">
                        <w:rPr>
                          <w:b/>
                          <w:color w:val="FFFFFF"/>
                          <w:sz w:val="36"/>
                          <w:szCs w:val="36"/>
                        </w:rPr>
                        <w:t xml:space="preserve"> 1.0 – </w:t>
                      </w:r>
                      <w:proofErr w:type="spellStart"/>
                      <w:r w:rsidRPr="0072433B">
                        <w:rPr>
                          <w:b/>
                          <w:color w:val="FFFFFF"/>
                          <w:sz w:val="36"/>
                          <w:szCs w:val="36"/>
                        </w:rPr>
                        <w:t>Octubre</w:t>
                      </w:r>
                      <w:proofErr w:type="spellEnd"/>
                      <w:r w:rsidRPr="0072433B">
                        <w:rPr>
                          <w:b/>
                          <w:color w:val="FFFFFF"/>
                          <w:sz w:val="36"/>
                          <w:szCs w:val="36"/>
                        </w:rPr>
                        <w:t xml:space="preserve"> 2025</w:t>
                      </w:r>
                    </w:p>
                    <w:p w14:paraId="34381021" w14:textId="65CF917C" w:rsidR="0072433B" w:rsidRPr="0072433B" w:rsidRDefault="0072433B" w:rsidP="0072433B">
                      <w:pPr>
                        <w:spacing w:after="0" w:line="240" w:lineRule="auto"/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D7183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s-CL"/>
                        </w:rPr>
                        <w:t>Representante Legal:</w:t>
                      </w:r>
                      <w:r w:rsidRPr="005D7183">
                        <w:rPr>
                          <w:color w:val="FFFFFF" w:themeColor="background1"/>
                          <w:sz w:val="36"/>
                          <w:szCs w:val="36"/>
                          <w:lang w:val="es-CL"/>
                        </w:rPr>
                        <w:t xml:space="preserve"> Pablo Alonso Lizana Carvajal</w:t>
                      </w:r>
                    </w:p>
                  </w:txbxContent>
                </v:textbox>
              </v:shape>
            </w:pict>
          </mc:Fallback>
        </mc:AlternateContent>
      </w:r>
    </w:p>
    <w:p w14:paraId="7B4EAFA3" w14:textId="7777777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7DEC657A" w14:textId="14E58B76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5B76EEB2" w14:textId="2075E117" w:rsidR="00A355AB" w:rsidRPr="00614385" w:rsidRDefault="00A355AB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72448C9B" w14:textId="77777777" w:rsidR="008B31D9" w:rsidRPr="00614385" w:rsidRDefault="008B31D9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1DFC9DF5" w14:textId="77777777" w:rsidR="008B31D9" w:rsidRPr="00614385" w:rsidRDefault="008B31D9" w:rsidP="00EE23EB">
      <w:pPr>
        <w:jc w:val="center"/>
        <w:rPr>
          <w:rFonts w:ascii="Roboto Condensed" w:hAnsi="Roboto Condensed"/>
          <w:b/>
          <w:bCs/>
          <w:lang w:val="es-CL"/>
        </w:rPr>
      </w:pPr>
    </w:p>
    <w:p w14:paraId="71177C23" w14:textId="70FE00F0" w:rsidR="005D7183" w:rsidRPr="005D7183" w:rsidRDefault="005D7183" w:rsidP="00EE23EB">
      <w:pPr>
        <w:jc w:val="center"/>
        <w:rPr>
          <w:rFonts w:ascii="Roboto Condensed" w:hAnsi="Roboto Condensed"/>
          <w:b/>
          <w:bCs/>
          <w:lang w:val="es-CL"/>
        </w:rPr>
      </w:pPr>
      <w:r w:rsidRPr="005D7183">
        <w:rPr>
          <w:rFonts w:ascii="Roboto Condensed" w:hAnsi="Roboto Condensed"/>
          <w:b/>
          <w:bCs/>
          <w:lang w:val="es-CL"/>
        </w:rPr>
        <w:lastRenderedPageBreak/>
        <w:t>PROGRAMA DE INTEGRIDAD Y CUMPLIMIENTO</w:t>
      </w:r>
    </w:p>
    <w:sdt>
      <w:sdtPr>
        <w:rPr>
          <w:rFonts w:ascii="Calibri" w:eastAsiaTheme="minorEastAsia" w:hAnsi="Calibri" w:cstheme="minorBidi"/>
          <w:b w:val="0"/>
          <w:bCs w:val="0"/>
          <w:color w:val="auto"/>
          <w:sz w:val="24"/>
          <w:szCs w:val="22"/>
          <w:lang w:val="es-ES"/>
        </w:rPr>
        <w:id w:val="2052106872"/>
        <w:docPartObj>
          <w:docPartGallery w:val="Table of Contents"/>
          <w:docPartUnique/>
        </w:docPartObj>
      </w:sdtPr>
      <w:sdtContent>
        <w:p w14:paraId="08B0C089" w14:textId="483C2A69" w:rsidR="00614385" w:rsidRDefault="00614385">
          <w:pPr>
            <w:pStyle w:val="TtuloTDC"/>
          </w:pPr>
          <w:r>
            <w:rPr>
              <w:lang w:val="es-ES"/>
            </w:rPr>
            <w:t>Contenido</w:t>
          </w:r>
        </w:p>
        <w:p w14:paraId="00E3B285" w14:textId="6DC31822" w:rsidR="00614385" w:rsidRDefault="00614385">
          <w:pPr>
            <w:pStyle w:val="TDC1"/>
            <w:tabs>
              <w:tab w:val="right" w:leader="dot" w:pos="863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2110239" w:history="1">
            <w:r w:rsidRPr="00D06175">
              <w:rPr>
                <w:rStyle w:val="Hipervnculo"/>
                <w:rFonts w:ascii="Roboto Condensed" w:hAnsi="Roboto Condensed"/>
                <w:noProof/>
                <w:lang w:val="es-CL"/>
              </w:rPr>
              <w:t>1. Introducción y propósito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4457B5" w14:textId="3C256C32" w:rsidR="00614385" w:rsidRDefault="00614385">
          <w:pPr>
            <w:pStyle w:val="TDC1"/>
            <w:tabs>
              <w:tab w:val="right" w:leader="dot" w:pos="8630"/>
            </w:tabs>
            <w:rPr>
              <w:noProof/>
            </w:rPr>
          </w:pPr>
          <w:hyperlink w:anchor="_Toc212110240" w:history="1">
            <w:r w:rsidRPr="00D06175">
              <w:rPr>
                <w:rStyle w:val="Hipervnculo"/>
                <w:rFonts w:ascii="Roboto Condensed" w:hAnsi="Roboto Condensed"/>
                <w:noProof/>
                <w:lang w:val="es-CL"/>
              </w:rPr>
              <w:t>2. Alcance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E587DB" w14:textId="660EAB7B" w:rsidR="00614385" w:rsidRDefault="00614385">
          <w:pPr>
            <w:pStyle w:val="TDC1"/>
            <w:tabs>
              <w:tab w:val="right" w:leader="dot" w:pos="8630"/>
            </w:tabs>
            <w:rPr>
              <w:noProof/>
            </w:rPr>
          </w:pPr>
          <w:hyperlink w:anchor="_Toc212110241" w:history="1">
            <w:r w:rsidRPr="00D06175">
              <w:rPr>
                <w:rStyle w:val="Hipervnculo"/>
                <w:rFonts w:ascii="Roboto Condensed" w:hAnsi="Roboto Condensed"/>
                <w:noProof/>
                <w:lang w:val="es-CL"/>
              </w:rPr>
              <w:t>3. Compromiso de la Dirección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99BE58" w14:textId="26501894" w:rsidR="00614385" w:rsidRDefault="00614385">
          <w:pPr>
            <w:pStyle w:val="TDC1"/>
            <w:tabs>
              <w:tab w:val="right" w:leader="dot" w:pos="8630"/>
            </w:tabs>
            <w:rPr>
              <w:noProof/>
            </w:rPr>
          </w:pPr>
          <w:hyperlink w:anchor="_Toc212110242" w:history="1">
            <w:r w:rsidRPr="00D06175">
              <w:rPr>
                <w:rStyle w:val="Hipervnculo"/>
                <w:rFonts w:ascii="Roboto Condensed" w:hAnsi="Roboto Condensed"/>
                <w:noProof/>
                <w:lang w:val="es-CL"/>
              </w:rPr>
              <w:t>4. Principios éticos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27EB17" w14:textId="467A2663" w:rsidR="00614385" w:rsidRDefault="00614385">
          <w:pPr>
            <w:pStyle w:val="TDC1"/>
            <w:tabs>
              <w:tab w:val="right" w:leader="dot" w:pos="8630"/>
            </w:tabs>
            <w:rPr>
              <w:noProof/>
            </w:rPr>
          </w:pPr>
          <w:hyperlink w:anchor="_Toc212110243" w:history="1">
            <w:r w:rsidRPr="00D06175">
              <w:rPr>
                <w:rStyle w:val="Hipervnculo"/>
                <w:rFonts w:ascii="Roboto Condensed" w:hAnsi="Roboto Condensed"/>
                <w:noProof/>
                <w:lang w:val="es-CL"/>
              </w:rPr>
              <w:t>5. Código de Ética y Conducta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72C93F" w14:textId="70A55CED" w:rsidR="00614385" w:rsidRDefault="00614385">
          <w:pPr>
            <w:pStyle w:val="TDC1"/>
            <w:tabs>
              <w:tab w:val="right" w:leader="dot" w:pos="8630"/>
            </w:tabs>
            <w:rPr>
              <w:noProof/>
            </w:rPr>
          </w:pPr>
          <w:hyperlink w:anchor="_Toc212110244" w:history="1">
            <w:r w:rsidRPr="00D06175">
              <w:rPr>
                <w:rStyle w:val="Hipervnculo"/>
                <w:rFonts w:ascii="Roboto Condensed" w:hAnsi="Roboto Condensed"/>
                <w:noProof/>
                <w:lang w:val="es-CL"/>
              </w:rPr>
              <w:t>6. Prevención de delitos (Ley 20.393)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9F31FA" w14:textId="55BEDD95" w:rsidR="00614385" w:rsidRDefault="00614385">
          <w:pPr>
            <w:pStyle w:val="TDC1"/>
            <w:tabs>
              <w:tab w:val="right" w:leader="dot" w:pos="8630"/>
            </w:tabs>
            <w:rPr>
              <w:noProof/>
            </w:rPr>
          </w:pPr>
          <w:hyperlink w:anchor="_Toc212110245" w:history="1">
            <w:r w:rsidRPr="00D06175">
              <w:rPr>
                <w:rStyle w:val="Hipervnculo"/>
                <w:rFonts w:ascii="Roboto Condensed" w:hAnsi="Roboto Condensed"/>
                <w:noProof/>
                <w:lang w:val="es-CL"/>
              </w:rPr>
              <w:t>7. Representante de Cumplimiento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4D3795" w14:textId="52BF4AD2" w:rsidR="00614385" w:rsidRDefault="00614385">
          <w:pPr>
            <w:pStyle w:val="TDC1"/>
            <w:tabs>
              <w:tab w:val="right" w:leader="dot" w:pos="8630"/>
            </w:tabs>
            <w:rPr>
              <w:noProof/>
            </w:rPr>
          </w:pPr>
          <w:hyperlink w:anchor="_Toc212110246" w:history="1">
            <w:r w:rsidRPr="00D06175">
              <w:rPr>
                <w:rStyle w:val="Hipervnculo"/>
                <w:rFonts w:ascii="Roboto Condensed" w:hAnsi="Roboto Condensed"/>
                <w:noProof/>
                <w:lang w:val="es-CL"/>
              </w:rPr>
              <w:t>8. Canal de denuncias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5A4152" w14:textId="7622080C" w:rsidR="00614385" w:rsidRDefault="00614385">
          <w:pPr>
            <w:pStyle w:val="TDC1"/>
            <w:tabs>
              <w:tab w:val="right" w:leader="dot" w:pos="8630"/>
            </w:tabs>
            <w:rPr>
              <w:noProof/>
            </w:rPr>
          </w:pPr>
          <w:hyperlink w:anchor="_Toc212110247" w:history="1">
            <w:r w:rsidRPr="00D06175">
              <w:rPr>
                <w:rStyle w:val="Hipervnculo"/>
                <w:rFonts w:ascii="Roboto Condensed" w:hAnsi="Roboto Condensed"/>
                <w:noProof/>
                <w:lang w:val="es-CL"/>
              </w:rPr>
              <w:t>9. Comunicación, difusión y capacitación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88B9BD" w14:textId="767417C9" w:rsidR="00614385" w:rsidRDefault="00614385">
          <w:pPr>
            <w:pStyle w:val="TDC1"/>
            <w:tabs>
              <w:tab w:val="right" w:leader="dot" w:pos="8630"/>
            </w:tabs>
            <w:rPr>
              <w:noProof/>
            </w:rPr>
          </w:pPr>
          <w:hyperlink w:anchor="_Toc212110248" w:history="1">
            <w:r w:rsidRPr="00D06175">
              <w:rPr>
                <w:rStyle w:val="Hipervnculo"/>
                <w:rFonts w:ascii="Roboto Condensed" w:hAnsi="Roboto Condensed"/>
                <w:noProof/>
                <w:lang w:val="es-CL"/>
              </w:rPr>
              <w:t>10. Compromiso con proveedores y clientes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4A3E10" w14:textId="3B4A7EC5" w:rsidR="00614385" w:rsidRDefault="00614385">
          <w:pPr>
            <w:pStyle w:val="TDC1"/>
            <w:tabs>
              <w:tab w:val="right" w:leader="dot" w:pos="8630"/>
            </w:tabs>
            <w:rPr>
              <w:noProof/>
            </w:rPr>
          </w:pPr>
          <w:hyperlink w:anchor="_Toc212110249" w:history="1">
            <w:r w:rsidRPr="00D06175">
              <w:rPr>
                <w:rStyle w:val="Hipervnculo"/>
                <w:rFonts w:ascii="Roboto Condensed" w:hAnsi="Roboto Condensed"/>
                <w:noProof/>
                <w:lang w:val="es-CL"/>
              </w:rPr>
              <w:t>11. Evaluación y mejora continua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B9A58" w14:textId="4EC81EDD" w:rsidR="00614385" w:rsidRDefault="00614385">
          <w:pPr>
            <w:pStyle w:val="TDC1"/>
            <w:tabs>
              <w:tab w:val="right" w:leader="dot" w:pos="8630"/>
            </w:tabs>
            <w:rPr>
              <w:noProof/>
            </w:rPr>
          </w:pPr>
          <w:hyperlink w:anchor="_Toc212110250" w:history="1">
            <w:r w:rsidRPr="00D06175">
              <w:rPr>
                <w:rStyle w:val="Hipervnculo"/>
                <w:rFonts w:ascii="Roboto Condensed" w:hAnsi="Roboto Condensed"/>
                <w:noProof/>
                <w:lang w:val="es-CL"/>
              </w:rPr>
              <w:t>12. Vigencia y aprobación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_Toc212110250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D6F4F3" w14:textId="6E54DA00" w:rsidR="00614385" w:rsidRDefault="00614385">
          <w:r>
            <w:rPr>
              <w:b/>
              <w:bCs/>
              <w:lang w:val="es-ES"/>
            </w:rPr>
            <w:fldChar w:fldCharType="end"/>
          </w:r>
        </w:p>
      </w:sdtContent>
    </w:sdt>
    <w:p w14:paraId="76ABC4AD" w14:textId="77777777" w:rsidR="0072433B" w:rsidRPr="00614385" w:rsidRDefault="0072433B" w:rsidP="00EE23EB">
      <w:pPr>
        <w:pStyle w:val="Ttulo1"/>
        <w:rPr>
          <w:rFonts w:ascii="Roboto Condensed" w:hAnsi="Roboto Condensed"/>
          <w:lang w:val="es-CL"/>
        </w:rPr>
      </w:pPr>
    </w:p>
    <w:p w14:paraId="42AAAD25" w14:textId="77777777" w:rsidR="0072433B" w:rsidRPr="00614385" w:rsidRDefault="0072433B" w:rsidP="0072433B">
      <w:pPr>
        <w:rPr>
          <w:rFonts w:ascii="Roboto Condensed" w:hAnsi="Roboto Condensed"/>
          <w:lang w:val="es-CL"/>
        </w:rPr>
      </w:pPr>
    </w:p>
    <w:p w14:paraId="161ADD61" w14:textId="77777777" w:rsidR="0072433B" w:rsidRPr="00614385" w:rsidRDefault="0072433B" w:rsidP="0072433B">
      <w:pPr>
        <w:rPr>
          <w:rFonts w:ascii="Roboto Condensed" w:hAnsi="Roboto Condensed"/>
          <w:lang w:val="es-CL"/>
        </w:rPr>
      </w:pPr>
    </w:p>
    <w:p w14:paraId="1174F7D2" w14:textId="77777777" w:rsidR="0072433B" w:rsidRPr="00614385" w:rsidRDefault="0072433B" w:rsidP="0072433B">
      <w:pPr>
        <w:rPr>
          <w:rFonts w:ascii="Roboto Condensed" w:hAnsi="Roboto Condensed"/>
          <w:lang w:val="es-CL"/>
        </w:rPr>
      </w:pPr>
    </w:p>
    <w:p w14:paraId="61D9D296" w14:textId="77777777" w:rsidR="0072433B" w:rsidRPr="00614385" w:rsidRDefault="0072433B" w:rsidP="0072433B">
      <w:pPr>
        <w:rPr>
          <w:rFonts w:ascii="Roboto Condensed" w:hAnsi="Roboto Condensed"/>
          <w:lang w:val="es-CL"/>
        </w:rPr>
      </w:pPr>
    </w:p>
    <w:p w14:paraId="0BF7A0B2" w14:textId="77777777" w:rsidR="0072433B" w:rsidRPr="00614385" w:rsidRDefault="0072433B" w:rsidP="0072433B">
      <w:pPr>
        <w:rPr>
          <w:rFonts w:ascii="Roboto Condensed" w:hAnsi="Roboto Condensed"/>
          <w:lang w:val="es-CL"/>
        </w:rPr>
      </w:pPr>
    </w:p>
    <w:p w14:paraId="66AE3C70" w14:textId="77777777" w:rsidR="0072433B" w:rsidRPr="00614385" w:rsidRDefault="0072433B" w:rsidP="0072433B">
      <w:pPr>
        <w:rPr>
          <w:rFonts w:ascii="Roboto Condensed" w:hAnsi="Roboto Condensed"/>
          <w:lang w:val="es-CL"/>
        </w:rPr>
      </w:pPr>
    </w:p>
    <w:p w14:paraId="64261361" w14:textId="77777777" w:rsidR="0072433B" w:rsidRPr="00614385" w:rsidRDefault="0072433B" w:rsidP="0072433B">
      <w:pPr>
        <w:rPr>
          <w:rFonts w:ascii="Roboto Condensed" w:hAnsi="Roboto Condensed"/>
          <w:lang w:val="es-CL"/>
        </w:rPr>
      </w:pPr>
    </w:p>
    <w:p w14:paraId="737D8672" w14:textId="77777777" w:rsidR="0072433B" w:rsidRPr="00614385" w:rsidRDefault="0072433B" w:rsidP="0072433B">
      <w:pPr>
        <w:rPr>
          <w:rFonts w:ascii="Roboto Condensed" w:hAnsi="Roboto Condensed"/>
          <w:lang w:val="es-CL"/>
        </w:rPr>
      </w:pPr>
    </w:p>
    <w:p w14:paraId="3FE013D1" w14:textId="77777777" w:rsidR="0072433B" w:rsidRPr="00614385" w:rsidRDefault="0072433B" w:rsidP="0072433B">
      <w:pPr>
        <w:rPr>
          <w:rFonts w:ascii="Roboto Condensed" w:hAnsi="Roboto Condensed"/>
          <w:lang w:val="es-CL"/>
        </w:rPr>
      </w:pPr>
    </w:p>
    <w:p w14:paraId="4BE98B3A" w14:textId="77777777" w:rsidR="0072433B" w:rsidRPr="00614385" w:rsidRDefault="0072433B" w:rsidP="0072433B">
      <w:pPr>
        <w:rPr>
          <w:rFonts w:ascii="Roboto Condensed" w:hAnsi="Roboto Condensed"/>
          <w:lang w:val="es-CL"/>
        </w:rPr>
      </w:pPr>
    </w:p>
    <w:p w14:paraId="18908D6D" w14:textId="34492F63" w:rsidR="00EE23EB" w:rsidRPr="00614385" w:rsidRDefault="00EE23EB" w:rsidP="001F167B">
      <w:pPr>
        <w:pStyle w:val="Ttulo1"/>
        <w:rPr>
          <w:rFonts w:ascii="Roboto Condensed" w:hAnsi="Roboto Condensed"/>
          <w:lang w:val="es-CL"/>
        </w:rPr>
      </w:pPr>
      <w:bookmarkStart w:id="0" w:name="_Toc212110239"/>
      <w:r w:rsidRPr="00614385">
        <w:rPr>
          <w:rFonts w:ascii="Roboto Condensed" w:hAnsi="Roboto Condensed"/>
          <w:lang w:val="es-CL"/>
        </w:rPr>
        <w:lastRenderedPageBreak/>
        <w:t>1. Introducción y propósito</w:t>
      </w:r>
      <w:bookmarkEnd w:id="0"/>
    </w:p>
    <w:p w14:paraId="109AEF43" w14:textId="77777777" w:rsidR="00EE23EB" w:rsidRPr="00614385" w:rsidRDefault="00EE23EB" w:rsidP="001F167B">
      <w:pPr>
        <w:jc w:val="both"/>
        <w:rPr>
          <w:rFonts w:ascii="Roboto Condensed" w:hAnsi="Roboto Condensed"/>
          <w:lang w:val="es-CL"/>
        </w:rPr>
      </w:pPr>
      <w:r w:rsidRPr="00EE23EB">
        <w:rPr>
          <w:rFonts w:ascii="Roboto Condensed" w:hAnsi="Roboto Condensed"/>
          <w:lang w:val="es-CL"/>
        </w:rPr>
        <w:t xml:space="preserve">En </w:t>
      </w:r>
      <w:r w:rsidRPr="00EE23EB">
        <w:rPr>
          <w:rFonts w:ascii="Roboto Condensed" w:hAnsi="Roboto Condensed"/>
          <w:b/>
          <w:bCs/>
          <w:lang w:val="es-CL"/>
        </w:rPr>
        <w:t>E-</w:t>
      </w:r>
      <w:proofErr w:type="spellStart"/>
      <w:r w:rsidRPr="00EE23EB">
        <w:rPr>
          <w:rFonts w:ascii="Roboto Condensed" w:hAnsi="Roboto Condensed"/>
          <w:b/>
          <w:bCs/>
          <w:lang w:val="es-CL"/>
        </w:rPr>
        <w:t>Design</w:t>
      </w:r>
      <w:proofErr w:type="spellEnd"/>
      <w:r w:rsidRPr="00EE23EB">
        <w:rPr>
          <w:rFonts w:ascii="Roboto Condensed" w:hAnsi="Roboto Condensed"/>
          <w:lang w:val="es-CL"/>
        </w:rPr>
        <w:t xml:space="preserve"> creemos que la integridad, la ética y la transparencia son pilares fundamentales de nuestra gestión y del vínculo de confianza que mantenemos con nuestros clientes, trabajadores y proveedores.</w:t>
      </w:r>
    </w:p>
    <w:p w14:paraId="7C8E5EEB" w14:textId="22D99FCE" w:rsidR="00EE23EB" w:rsidRPr="00EE23EB" w:rsidRDefault="00EE23EB" w:rsidP="001F167B">
      <w:pPr>
        <w:jc w:val="both"/>
        <w:rPr>
          <w:rFonts w:ascii="Roboto Condensed" w:hAnsi="Roboto Condensed"/>
          <w:lang w:val="es-CL"/>
        </w:rPr>
      </w:pPr>
      <w:r w:rsidRPr="00EE23EB">
        <w:rPr>
          <w:rFonts w:ascii="Roboto Condensed" w:hAnsi="Roboto Condensed"/>
          <w:lang w:val="es-CL"/>
        </w:rPr>
        <w:t>Como empresa dedicada al desarrollo de soluciones de aprendizaje digital y producción de cursos e-learning personalizados, reconocemos la importancia de actuar con probidad en todos los ámbitos, en especial cuando participamos en procesos de compras y licitaciones del Estado.</w:t>
      </w:r>
    </w:p>
    <w:p w14:paraId="7CDC52C8" w14:textId="77777777" w:rsidR="00EE23EB" w:rsidRDefault="00EE23EB" w:rsidP="001F167B">
      <w:pPr>
        <w:jc w:val="both"/>
        <w:rPr>
          <w:rFonts w:ascii="Roboto Condensed" w:hAnsi="Roboto Condensed"/>
          <w:lang w:val="es-CL"/>
        </w:rPr>
      </w:pPr>
      <w:r w:rsidRPr="00EE23EB">
        <w:rPr>
          <w:rFonts w:ascii="Roboto Condensed" w:hAnsi="Roboto Condensed"/>
          <w:lang w:val="es-CL"/>
        </w:rPr>
        <w:t xml:space="preserve">El presente </w:t>
      </w:r>
      <w:r w:rsidRPr="00EE23EB">
        <w:rPr>
          <w:rFonts w:ascii="Roboto Condensed" w:hAnsi="Roboto Condensed"/>
          <w:b/>
          <w:bCs/>
          <w:lang w:val="es-CL"/>
        </w:rPr>
        <w:t>Programa de Integridad y Cumplimiento</w:t>
      </w:r>
      <w:r w:rsidRPr="00EE23EB">
        <w:rPr>
          <w:rFonts w:ascii="Roboto Condensed" w:hAnsi="Roboto Condensed"/>
          <w:lang w:val="es-CL"/>
        </w:rPr>
        <w:t xml:space="preserve"> tiene por objeto establecer las normas, principios, responsabilidades y procedimientos internos que aseguren el cumplimiento ético-legal, prevengan actos de corrupción o malas prácticas, y promuevan una cultura de integridad en todas las actividades de la empresa.</w:t>
      </w:r>
    </w:p>
    <w:p w14:paraId="4BD8E3D4" w14:textId="77777777" w:rsidR="00EF5C07" w:rsidRPr="00EE23EB" w:rsidRDefault="00EF5C07" w:rsidP="001F167B">
      <w:pPr>
        <w:jc w:val="both"/>
        <w:rPr>
          <w:rFonts w:ascii="Roboto Condensed" w:hAnsi="Roboto Condensed"/>
          <w:lang w:val="es-CL"/>
        </w:rPr>
      </w:pPr>
    </w:p>
    <w:p w14:paraId="1C82C0EE" w14:textId="77777777" w:rsidR="00BE6879" w:rsidRPr="00614385" w:rsidRDefault="00BE6879" w:rsidP="001F167B">
      <w:pPr>
        <w:pStyle w:val="Ttulo1"/>
        <w:rPr>
          <w:rFonts w:ascii="Roboto Condensed" w:hAnsi="Roboto Condensed"/>
          <w:lang w:val="es-CL"/>
        </w:rPr>
      </w:pPr>
      <w:bookmarkStart w:id="1" w:name="_Toc212110240"/>
      <w:r w:rsidRPr="00614385">
        <w:rPr>
          <w:rFonts w:ascii="Roboto Condensed" w:hAnsi="Roboto Condensed"/>
          <w:lang w:val="es-CL"/>
        </w:rPr>
        <w:t>2. Alcance</w:t>
      </w:r>
      <w:bookmarkEnd w:id="1"/>
    </w:p>
    <w:p w14:paraId="5F301B2A" w14:textId="77777777" w:rsidR="00BE6879" w:rsidRPr="00BE6879" w:rsidRDefault="00BE6879" w:rsidP="001F167B">
      <w:pPr>
        <w:rPr>
          <w:rFonts w:ascii="Roboto Condensed" w:hAnsi="Roboto Condensed"/>
          <w:lang w:val="es-CL"/>
        </w:rPr>
      </w:pPr>
      <w:r w:rsidRPr="00BE6879">
        <w:rPr>
          <w:rFonts w:ascii="Roboto Condensed" w:hAnsi="Roboto Condensed"/>
          <w:lang w:val="es-CL"/>
        </w:rPr>
        <w:t>El programa es aplicable a:</w:t>
      </w:r>
    </w:p>
    <w:p w14:paraId="538EF6A5" w14:textId="77777777" w:rsidR="00BE6879" w:rsidRPr="001F167B" w:rsidRDefault="00BE6879" w:rsidP="001F167B">
      <w:pPr>
        <w:pStyle w:val="Prrafodelista"/>
        <w:numPr>
          <w:ilvl w:val="0"/>
          <w:numId w:val="34"/>
        </w:numPr>
        <w:rPr>
          <w:rFonts w:ascii="Roboto Condensed" w:hAnsi="Roboto Condensed"/>
          <w:lang w:val="es-CL"/>
        </w:rPr>
      </w:pPr>
      <w:r w:rsidRPr="001F167B">
        <w:rPr>
          <w:rFonts w:ascii="Roboto Condensed" w:hAnsi="Roboto Condensed"/>
          <w:lang w:val="es-CL"/>
        </w:rPr>
        <w:t xml:space="preserve">Todos los </w:t>
      </w:r>
      <w:r w:rsidRPr="001F167B">
        <w:rPr>
          <w:rFonts w:ascii="Roboto Condensed" w:hAnsi="Roboto Condensed"/>
          <w:b/>
          <w:bCs/>
          <w:lang w:val="es-CL"/>
        </w:rPr>
        <w:t>trabajadores contratados</w:t>
      </w:r>
      <w:r w:rsidRPr="001F167B">
        <w:rPr>
          <w:rFonts w:ascii="Roboto Condensed" w:hAnsi="Roboto Condensed"/>
          <w:lang w:val="es-CL"/>
        </w:rPr>
        <w:t xml:space="preserve"> de E-</w:t>
      </w:r>
      <w:proofErr w:type="spellStart"/>
      <w:r w:rsidRPr="001F167B">
        <w:rPr>
          <w:rFonts w:ascii="Roboto Condensed" w:hAnsi="Roboto Condensed"/>
          <w:lang w:val="es-CL"/>
        </w:rPr>
        <w:t>Design</w:t>
      </w:r>
      <w:proofErr w:type="spellEnd"/>
      <w:r w:rsidRPr="001F167B">
        <w:rPr>
          <w:rFonts w:ascii="Roboto Condensed" w:hAnsi="Roboto Condensed"/>
          <w:lang w:val="es-CL"/>
        </w:rPr>
        <w:t>.</w:t>
      </w:r>
    </w:p>
    <w:p w14:paraId="2E98F05C" w14:textId="77777777" w:rsidR="00BE6879" w:rsidRPr="001F167B" w:rsidRDefault="00BE6879" w:rsidP="001F167B">
      <w:pPr>
        <w:pStyle w:val="Prrafodelista"/>
        <w:numPr>
          <w:ilvl w:val="0"/>
          <w:numId w:val="34"/>
        </w:numPr>
        <w:rPr>
          <w:rFonts w:ascii="Roboto Condensed" w:hAnsi="Roboto Condensed"/>
          <w:lang w:val="es-CL"/>
        </w:rPr>
      </w:pPr>
      <w:r w:rsidRPr="001F167B">
        <w:rPr>
          <w:rFonts w:ascii="Roboto Condensed" w:hAnsi="Roboto Condensed"/>
          <w:lang w:val="es-CL"/>
        </w:rPr>
        <w:t xml:space="preserve">Todos los </w:t>
      </w:r>
      <w:r w:rsidRPr="001F167B">
        <w:rPr>
          <w:rFonts w:ascii="Roboto Condensed" w:hAnsi="Roboto Condensed"/>
          <w:b/>
          <w:bCs/>
          <w:lang w:val="es-CL"/>
        </w:rPr>
        <w:t>colaboradores externos y freelance</w:t>
      </w:r>
      <w:r w:rsidRPr="001F167B">
        <w:rPr>
          <w:rFonts w:ascii="Roboto Condensed" w:hAnsi="Roboto Condensed"/>
          <w:lang w:val="es-CL"/>
        </w:rPr>
        <w:t xml:space="preserve"> que presten servicios bajo modalidad por proyecto.</w:t>
      </w:r>
    </w:p>
    <w:p w14:paraId="3C49B9C9" w14:textId="77777777" w:rsidR="00BE6879" w:rsidRPr="001F167B" w:rsidRDefault="00BE6879" w:rsidP="001F167B">
      <w:pPr>
        <w:pStyle w:val="Prrafodelista"/>
        <w:numPr>
          <w:ilvl w:val="0"/>
          <w:numId w:val="34"/>
        </w:numPr>
        <w:rPr>
          <w:rFonts w:ascii="Roboto Condensed" w:hAnsi="Roboto Condensed"/>
          <w:lang w:val="es-CL"/>
        </w:rPr>
      </w:pPr>
      <w:r w:rsidRPr="001F167B">
        <w:rPr>
          <w:rFonts w:ascii="Roboto Condensed" w:hAnsi="Roboto Condensed"/>
          <w:lang w:val="es-CL"/>
        </w:rPr>
        <w:t xml:space="preserve">Todos los </w:t>
      </w:r>
      <w:r w:rsidRPr="001F167B">
        <w:rPr>
          <w:rFonts w:ascii="Roboto Condensed" w:hAnsi="Roboto Condensed"/>
          <w:b/>
          <w:bCs/>
          <w:lang w:val="es-CL"/>
        </w:rPr>
        <w:t>proveedores y socios estratégicos</w:t>
      </w:r>
      <w:r w:rsidRPr="001F167B">
        <w:rPr>
          <w:rFonts w:ascii="Roboto Condensed" w:hAnsi="Roboto Condensed"/>
          <w:lang w:val="es-CL"/>
        </w:rPr>
        <w:t xml:space="preserve"> que colaboren en procesos productivos o administrativos.</w:t>
      </w:r>
    </w:p>
    <w:p w14:paraId="73692EFB" w14:textId="77777777" w:rsidR="00BE6879" w:rsidRDefault="00BE6879" w:rsidP="001F167B">
      <w:pPr>
        <w:rPr>
          <w:rFonts w:ascii="Roboto Condensed" w:hAnsi="Roboto Condensed"/>
          <w:lang w:val="es-CL"/>
        </w:rPr>
      </w:pPr>
      <w:r w:rsidRPr="00BE6879">
        <w:rPr>
          <w:rFonts w:ascii="Roboto Condensed" w:hAnsi="Roboto Condensed"/>
          <w:lang w:val="es-CL"/>
        </w:rPr>
        <w:t>Cada persona que trabaje o colabore con E-</w:t>
      </w:r>
      <w:proofErr w:type="spellStart"/>
      <w:r w:rsidRPr="00BE6879">
        <w:rPr>
          <w:rFonts w:ascii="Roboto Condensed" w:hAnsi="Roboto Condensed"/>
          <w:lang w:val="es-CL"/>
        </w:rPr>
        <w:t>Design</w:t>
      </w:r>
      <w:proofErr w:type="spellEnd"/>
      <w:r w:rsidRPr="00BE6879">
        <w:rPr>
          <w:rFonts w:ascii="Roboto Condensed" w:hAnsi="Roboto Condensed"/>
          <w:lang w:val="es-CL"/>
        </w:rPr>
        <w:t xml:space="preserve"> debe conocer, aceptar y respetar los lineamientos de este programa.</w:t>
      </w:r>
    </w:p>
    <w:p w14:paraId="3DB7A941" w14:textId="77777777" w:rsidR="00EF5C07" w:rsidRPr="00614385" w:rsidRDefault="00EF5C07" w:rsidP="001F167B">
      <w:pPr>
        <w:rPr>
          <w:rFonts w:ascii="Roboto Condensed" w:hAnsi="Roboto Condensed"/>
          <w:lang w:val="es-CL"/>
        </w:rPr>
      </w:pPr>
    </w:p>
    <w:p w14:paraId="7D2E21E7" w14:textId="77777777" w:rsidR="00BE6879" w:rsidRPr="00614385" w:rsidRDefault="00BE6879" w:rsidP="001F167B">
      <w:pPr>
        <w:pStyle w:val="Ttulo1"/>
        <w:rPr>
          <w:rFonts w:ascii="Roboto Condensed" w:hAnsi="Roboto Condensed"/>
          <w:lang w:val="es-CL"/>
        </w:rPr>
      </w:pPr>
      <w:bookmarkStart w:id="2" w:name="_Toc212110241"/>
      <w:r w:rsidRPr="00614385">
        <w:rPr>
          <w:rFonts w:ascii="Roboto Condensed" w:hAnsi="Roboto Condensed"/>
          <w:lang w:val="es-CL"/>
        </w:rPr>
        <w:t>3. Compromiso de la Dirección</w:t>
      </w:r>
      <w:bookmarkEnd w:id="2"/>
    </w:p>
    <w:p w14:paraId="6DD7A216" w14:textId="77777777" w:rsidR="00BE6879" w:rsidRPr="00BE6879" w:rsidRDefault="00BE6879" w:rsidP="001F167B">
      <w:pPr>
        <w:rPr>
          <w:rFonts w:ascii="Roboto Condensed" w:hAnsi="Roboto Condensed"/>
          <w:lang w:val="es-CL"/>
        </w:rPr>
      </w:pPr>
      <w:r w:rsidRPr="00BE6879">
        <w:rPr>
          <w:rFonts w:ascii="Roboto Condensed" w:hAnsi="Roboto Condensed"/>
          <w:lang w:val="es-CL"/>
        </w:rPr>
        <w:t>El Directorio y la Gerencia General de E-</w:t>
      </w:r>
      <w:proofErr w:type="spellStart"/>
      <w:r w:rsidRPr="00BE6879">
        <w:rPr>
          <w:rFonts w:ascii="Roboto Condensed" w:hAnsi="Roboto Condensed"/>
          <w:lang w:val="es-CL"/>
        </w:rPr>
        <w:t>Design</w:t>
      </w:r>
      <w:proofErr w:type="spellEnd"/>
      <w:r w:rsidRPr="00BE6879">
        <w:rPr>
          <w:rFonts w:ascii="Roboto Condensed" w:hAnsi="Roboto Condensed"/>
          <w:lang w:val="es-CL"/>
        </w:rPr>
        <w:t xml:space="preserve">, representados por su socio fundador </w:t>
      </w:r>
      <w:r w:rsidRPr="00BE6879">
        <w:rPr>
          <w:rFonts w:ascii="Roboto Condensed" w:hAnsi="Roboto Condensed"/>
          <w:b/>
          <w:bCs/>
          <w:lang w:val="es-CL"/>
        </w:rPr>
        <w:t>Pablo Alonso Lizana Carvajal</w:t>
      </w:r>
      <w:r w:rsidRPr="00BE6879">
        <w:rPr>
          <w:rFonts w:ascii="Roboto Condensed" w:hAnsi="Roboto Condensed"/>
          <w:lang w:val="es-CL"/>
        </w:rPr>
        <w:t>, declaran su compromiso absoluto con:</w:t>
      </w:r>
    </w:p>
    <w:p w14:paraId="047219E9" w14:textId="77777777" w:rsidR="00BE6879" w:rsidRPr="001F167B" w:rsidRDefault="00BE6879" w:rsidP="001F167B">
      <w:pPr>
        <w:pStyle w:val="Prrafodelista"/>
        <w:numPr>
          <w:ilvl w:val="0"/>
          <w:numId w:val="35"/>
        </w:numPr>
        <w:rPr>
          <w:rFonts w:ascii="Roboto Condensed" w:hAnsi="Roboto Condensed"/>
          <w:lang w:val="es-CL"/>
        </w:rPr>
      </w:pPr>
      <w:r w:rsidRPr="001F167B">
        <w:rPr>
          <w:rFonts w:ascii="Roboto Condensed" w:hAnsi="Roboto Condensed"/>
          <w:lang w:val="es-CL"/>
        </w:rPr>
        <w:t xml:space="preserve">Cumplir las leyes, reglamentos y normas aplicables, en especial la </w:t>
      </w:r>
      <w:r w:rsidRPr="001F167B">
        <w:rPr>
          <w:rFonts w:ascii="Roboto Condensed" w:hAnsi="Roboto Condensed"/>
          <w:b/>
          <w:bCs/>
          <w:lang w:val="es-CL"/>
        </w:rPr>
        <w:t xml:space="preserve">Ley </w:t>
      </w:r>
      <w:proofErr w:type="spellStart"/>
      <w:r w:rsidRPr="001F167B">
        <w:rPr>
          <w:rFonts w:ascii="Roboto Condensed" w:hAnsi="Roboto Condensed"/>
          <w:b/>
          <w:bCs/>
          <w:lang w:val="es-CL"/>
        </w:rPr>
        <w:t>N°</w:t>
      </w:r>
      <w:proofErr w:type="spellEnd"/>
      <w:r w:rsidRPr="001F167B">
        <w:rPr>
          <w:rFonts w:ascii="Roboto Condensed" w:hAnsi="Roboto Condensed"/>
          <w:b/>
          <w:bCs/>
          <w:lang w:val="es-CL"/>
        </w:rPr>
        <w:t xml:space="preserve"> 20.393</w:t>
      </w:r>
      <w:r w:rsidRPr="001F167B">
        <w:rPr>
          <w:rFonts w:ascii="Roboto Condensed" w:hAnsi="Roboto Condensed"/>
          <w:lang w:val="es-CL"/>
        </w:rPr>
        <w:t xml:space="preserve"> sobre responsabilidad penal de las personas jurídicas.</w:t>
      </w:r>
    </w:p>
    <w:p w14:paraId="2858B31F" w14:textId="77777777" w:rsidR="00BE6879" w:rsidRPr="001F167B" w:rsidRDefault="00BE6879" w:rsidP="001F167B">
      <w:pPr>
        <w:pStyle w:val="Prrafodelista"/>
        <w:numPr>
          <w:ilvl w:val="0"/>
          <w:numId w:val="35"/>
        </w:numPr>
        <w:rPr>
          <w:rFonts w:ascii="Roboto Condensed" w:hAnsi="Roboto Condensed"/>
          <w:lang w:val="es-CL"/>
        </w:rPr>
      </w:pPr>
      <w:r w:rsidRPr="001F167B">
        <w:rPr>
          <w:rFonts w:ascii="Roboto Condensed" w:hAnsi="Roboto Condensed"/>
          <w:lang w:val="es-CL"/>
        </w:rPr>
        <w:t>Promover prácticas empresariales éticas y transparentes.</w:t>
      </w:r>
    </w:p>
    <w:p w14:paraId="6DDC7DEE" w14:textId="77777777" w:rsidR="00BE6879" w:rsidRPr="001F167B" w:rsidRDefault="00BE6879" w:rsidP="001F167B">
      <w:pPr>
        <w:pStyle w:val="Prrafodelista"/>
        <w:numPr>
          <w:ilvl w:val="0"/>
          <w:numId w:val="35"/>
        </w:numPr>
        <w:rPr>
          <w:rFonts w:ascii="Roboto Condensed" w:hAnsi="Roboto Condensed"/>
          <w:lang w:val="es-CL"/>
        </w:rPr>
      </w:pPr>
      <w:r w:rsidRPr="001F167B">
        <w:rPr>
          <w:rFonts w:ascii="Roboto Condensed" w:hAnsi="Roboto Condensed"/>
          <w:lang w:val="es-CL"/>
        </w:rPr>
        <w:t>Prevenir el soborno, la colusión, la malversación, el fraude y toda forma de corrupción.</w:t>
      </w:r>
    </w:p>
    <w:p w14:paraId="3ED81337" w14:textId="77777777" w:rsidR="00BE6879" w:rsidRPr="001F167B" w:rsidRDefault="00BE6879" w:rsidP="001F167B">
      <w:pPr>
        <w:pStyle w:val="Prrafodelista"/>
        <w:numPr>
          <w:ilvl w:val="0"/>
          <w:numId w:val="35"/>
        </w:numPr>
        <w:rPr>
          <w:rFonts w:ascii="Roboto Condensed" w:hAnsi="Roboto Condensed"/>
          <w:lang w:val="es-CL"/>
        </w:rPr>
      </w:pPr>
      <w:r w:rsidRPr="001F167B">
        <w:rPr>
          <w:rFonts w:ascii="Roboto Condensed" w:hAnsi="Roboto Condensed"/>
          <w:lang w:val="es-CL"/>
        </w:rPr>
        <w:lastRenderedPageBreak/>
        <w:t>Garantizar la libertad de denuncia y la confidencialidad de los denunciantes.</w:t>
      </w:r>
    </w:p>
    <w:p w14:paraId="0265F349" w14:textId="77777777" w:rsidR="00BE6879" w:rsidRDefault="00BE6879" w:rsidP="001F167B">
      <w:pPr>
        <w:pStyle w:val="Prrafodelista"/>
        <w:numPr>
          <w:ilvl w:val="0"/>
          <w:numId w:val="35"/>
        </w:numPr>
        <w:rPr>
          <w:rFonts w:ascii="Roboto Condensed" w:hAnsi="Roboto Condensed"/>
          <w:lang w:val="es-CL"/>
        </w:rPr>
      </w:pPr>
      <w:r w:rsidRPr="001F167B">
        <w:rPr>
          <w:rFonts w:ascii="Roboto Condensed" w:hAnsi="Roboto Condensed"/>
          <w:lang w:val="es-CL"/>
        </w:rPr>
        <w:t>Aplicar sanciones proporcionales frente a incumplimientos.</w:t>
      </w:r>
    </w:p>
    <w:p w14:paraId="291CEE99" w14:textId="77777777" w:rsidR="00EF5C07" w:rsidRPr="001F167B" w:rsidRDefault="00EF5C07" w:rsidP="00EF5C07">
      <w:pPr>
        <w:pStyle w:val="Prrafodelista"/>
        <w:rPr>
          <w:rFonts w:ascii="Roboto Condensed" w:hAnsi="Roboto Condensed"/>
          <w:lang w:val="es-CL"/>
        </w:rPr>
      </w:pPr>
    </w:p>
    <w:p w14:paraId="586B72E9" w14:textId="77777777" w:rsidR="00BE6879" w:rsidRPr="00614385" w:rsidRDefault="00BE6879" w:rsidP="001F167B">
      <w:pPr>
        <w:pStyle w:val="Ttulo1"/>
        <w:rPr>
          <w:rFonts w:ascii="Roboto Condensed" w:hAnsi="Roboto Condensed"/>
          <w:lang w:val="es-CL"/>
        </w:rPr>
      </w:pPr>
      <w:bookmarkStart w:id="3" w:name="_Toc212110242"/>
      <w:r w:rsidRPr="00614385">
        <w:rPr>
          <w:rFonts w:ascii="Roboto Condensed" w:hAnsi="Roboto Condensed"/>
          <w:lang w:val="es-CL"/>
        </w:rPr>
        <w:t>4. Principios éticos</w:t>
      </w:r>
      <w:bookmarkEnd w:id="3"/>
    </w:p>
    <w:p w14:paraId="2D2429FD" w14:textId="77777777" w:rsidR="00BE6879" w:rsidRPr="00614385" w:rsidRDefault="00BE6879" w:rsidP="001F167B">
      <w:pPr>
        <w:pStyle w:val="Prrafodelista"/>
        <w:numPr>
          <w:ilvl w:val="0"/>
          <w:numId w:val="23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b/>
          <w:bCs/>
          <w:lang w:val="es-CL"/>
        </w:rPr>
        <w:t>Transparencia:</w:t>
      </w:r>
      <w:r w:rsidRPr="00614385">
        <w:rPr>
          <w:rFonts w:ascii="Roboto Condensed" w:hAnsi="Roboto Condensed"/>
          <w:lang w:val="es-CL"/>
        </w:rPr>
        <w:t xml:space="preserve"> actuar con honestidad en todos los procesos internos y externos.</w:t>
      </w:r>
    </w:p>
    <w:p w14:paraId="5F6BA47A" w14:textId="77777777" w:rsidR="00BE6879" w:rsidRPr="00614385" w:rsidRDefault="00BE6879" w:rsidP="001F167B">
      <w:pPr>
        <w:pStyle w:val="Prrafodelista"/>
        <w:numPr>
          <w:ilvl w:val="0"/>
          <w:numId w:val="23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b/>
          <w:bCs/>
          <w:lang w:val="es-CL"/>
        </w:rPr>
        <w:t>Legalidad:</w:t>
      </w:r>
      <w:r w:rsidRPr="00614385">
        <w:rPr>
          <w:rFonts w:ascii="Roboto Condensed" w:hAnsi="Roboto Condensed"/>
          <w:lang w:val="es-CL"/>
        </w:rPr>
        <w:t xml:space="preserve"> cumplir rigurosamente con la legislación chilena y las normativas de </w:t>
      </w:r>
      <w:proofErr w:type="spellStart"/>
      <w:r w:rsidRPr="00614385">
        <w:rPr>
          <w:rFonts w:ascii="Roboto Condensed" w:hAnsi="Roboto Condensed"/>
          <w:lang w:val="es-CL"/>
        </w:rPr>
        <w:t>ChileCompra</w:t>
      </w:r>
      <w:proofErr w:type="spellEnd"/>
      <w:r w:rsidRPr="00614385">
        <w:rPr>
          <w:rFonts w:ascii="Roboto Condensed" w:hAnsi="Roboto Condensed"/>
          <w:lang w:val="es-CL"/>
        </w:rPr>
        <w:t>.</w:t>
      </w:r>
    </w:p>
    <w:p w14:paraId="3F91C6CB" w14:textId="77777777" w:rsidR="00BE6879" w:rsidRPr="00614385" w:rsidRDefault="00BE6879" w:rsidP="001F167B">
      <w:pPr>
        <w:pStyle w:val="Prrafodelista"/>
        <w:numPr>
          <w:ilvl w:val="0"/>
          <w:numId w:val="23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b/>
          <w:bCs/>
          <w:lang w:val="es-CL"/>
        </w:rPr>
        <w:t>Equidad y respeto:</w:t>
      </w:r>
      <w:r w:rsidRPr="00614385">
        <w:rPr>
          <w:rFonts w:ascii="Roboto Condensed" w:hAnsi="Roboto Condensed"/>
          <w:lang w:val="es-CL"/>
        </w:rPr>
        <w:t xml:space="preserve"> tratar a todas las personas con dignidad, sin discriminación ni acoso.</w:t>
      </w:r>
    </w:p>
    <w:p w14:paraId="568437DB" w14:textId="77777777" w:rsidR="00BE6879" w:rsidRPr="00614385" w:rsidRDefault="00BE6879" w:rsidP="001F167B">
      <w:pPr>
        <w:pStyle w:val="Prrafodelista"/>
        <w:numPr>
          <w:ilvl w:val="0"/>
          <w:numId w:val="23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b/>
          <w:bCs/>
          <w:lang w:val="es-CL"/>
        </w:rPr>
        <w:t>Confidencialidad:</w:t>
      </w:r>
      <w:r w:rsidRPr="00614385">
        <w:rPr>
          <w:rFonts w:ascii="Roboto Condensed" w:hAnsi="Roboto Condensed"/>
          <w:lang w:val="es-CL"/>
        </w:rPr>
        <w:t xml:space="preserve"> proteger la información sensible de clientes, colaboradores y proyectos.</w:t>
      </w:r>
    </w:p>
    <w:p w14:paraId="295FABCB" w14:textId="77777777" w:rsidR="00BE6879" w:rsidRPr="00614385" w:rsidRDefault="00BE6879" w:rsidP="001F167B">
      <w:pPr>
        <w:pStyle w:val="Prrafodelista"/>
        <w:numPr>
          <w:ilvl w:val="0"/>
          <w:numId w:val="23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b/>
          <w:bCs/>
          <w:lang w:val="es-CL"/>
        </w:rPr>
        <w:t>Sustentabilidad:</w:t>
      </w:r>
      <w:r w:rsidRPr="00614385">
        <w:rPr>
          <w:rFonts w:ascii="Roboto Condensed" w:hAnsi="Roboto Condensed"/>
          <w:lang w:val="es-CL"/>
        </w:rPr>
        <w:t xml:space="preserve"> promover prácticas que minimicen impactos ambientales y sociales negativos.</w:t>
      </w:r>
    </w:p>
    <w:p w14:paraId="564E5F6A" w14:textId="77777777" w:rsidR="00BE6879" w:rsidRDefault="00BE6879" w:rsidP="001F167B">
      <w:pPr>
        <w:pStyle w:val="Prrafodelista"/>
        <w:numPr>
          <w:ilvl w:val="0"/>
          <w:numId w:val="23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b/>
          <w:bCs/>
          <w:lang w:val="es-CL"/>
        </w:rPr>
        <w:t>Responsabilidad social:</w:t>
      </w:r>
      <w:r w:rsidRPr="00614385">
        <w:rPr>
          <w:rFonts w:ascii="Roboto Condensed" w:hAnsi="Roboto Condensed"/>
          <w:lang w:val="es-CL"/>
        </w:rPr>
        <w:t xml:space="preserve"> contribuir al desarrollo humano y profesional de quienes participan en E-</w:t>
      </w:r>
      <w:proofErr w:type="spellStart"/>
      <w:r w:rsidRPr="00614385">
        <w:rPr>
          <w:rFonts w:ascii="Roboto Condensed" w:hAnsi="Roboto Condensed"/>
          <w:lang w:val="es-CL"/>
        </w:rPr>
        <w:t>Design</w:t>
      </w:r>
      <w:proofErr w:type="spellEnd"/>
      <w:r w:rsidRPr="00614385">
        <w:rPr>
          <w:rFonts w:ascii="Roboto Condensed" w:hAnsi="Roboto Condensed"/>
          <w:lang w:val="es-CL"/>
        </w:rPr>
        <w:t>.</w:t>
      </w:r>
    </w:p>
    <w:p w14:paraId="3A6FA168" w14:textId="77777777" w:rsidR="00EF5C07" w:rsidRPr="00614385" w:rsidRDefault="00EF5C07" w:rsidP="00EF5C07">
      <w:pPr>
        <w:pStyle w:val="Prrafodelista"/>
        <w:rPr>
          <w:rFonts w:ascii="Roboto Condensed" w:hAnsi="Roboto Condensed"/>
          <w:lang w:val="es-CL"/>
        </w:rPr>
      </w:pPr>
    </w:p>
    <w:p w14:paraId="293CB83C" w14:textId="77777777" w:rsidR="00BE6879" w:rsidRPr="00614385" w:rsidRDefault="00BE6879" w:rsidP="001F167B">
      <w:pPr>
        <w:pStyle w:val="Ttulo1"/>
        <w:rPr>
          <w:rFonts w:ascii="Roboto Condensed" w:hAnsi="Roboto Condensed"/>
          <w:lang w:val="es-CL"/>
        </w:rPr>
      </w:pPr>
      <w:bookmarkStart w:id="4" w:name="_Toc212110243"/>
      <w:r w:rsidRPr="00614385">
        <w:rPr>
          <w:rFonts w:ascii="Roboto Condensed" w:hAnsi="Roboto Condensed"/>
          <w:lang w:val="es-CL"/>
        </w:rPr>
        <w:t>5. Código de Ética y Conducta</w:t>
      </w:r>
      <w:bookmarkEnd w:id="4"/>
    </w:p>
    <w:p w14:paraId="1974A633" w14:textId="77777777" w:rsidR="00BE6879" w:rsidRPr="00BE6879" w:rsidRDefault="00BE6879" w:rsidP="001F167B">
      <w:pPr>
        <w:rPr>
          <w:rFonts w:ascii="Roboto Condensed" w:hAnsi="Roboto Condensed"/>
          <w:lang w:val="es-CL"/>
        </w:rPr>
      </w:pPr>
      <w:r w:rsidRPr="00BE6879">
        <w:rPr>
          <w:rFonts w:ascii="Roboto Condensed" w:hAnsi="Roboto Condensed"/>
          <w:lang w:val="es-CL"/>
        </w:rPr>
        <w:t>Todos los miembros de E-</w:t>
      </w:r>
      <w:proofErr w:type="spellStart"/>
      <w:r w:rsidRPr="00BE6879">
        <w:rPr>
          <w:rFonts w:ascii="Roboto Condensed" w:hAnsi="Roboto Condensed"/>
          <w:lang w:val="es-CL"/>
        </w:rPr>
        <w:t>Design</w:t>
      </w:r>
      <w:proofErr w:type="spellEnd"/>
      <w:r w:rsidRPr="00BE6879">
        <w:rPr>
          <w:rFonts w:ascii="Roboto Condensed" w:hAnsi="Roboto Condensed"/>
          <w:lang w:val="es-CL"/>
        </w:rPr>
        <w:t xml:space="preserve"> deberán:</w:t>
      </w:r>
    </w:p>
    <w:p w14:paraId="2B18A22F" w14:textId="77777777" w:rsidR="00BE6879" w:rsidRPr="00614385" w:rsidRDefault="00BE6879" w:rsidP="001F167B">
      <w:pPr>
        <w:pStyle w:val="Prrafodelista"/>
        <w:numPr>
          <w:ilvl w:val="0"/>
          <w:numId w:val="25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lang w:val="es-CL"/>
        </w:rPr>
        <w:t>Rechazar cualquier forma de soborno, regalo, favor o ventaja indebida.</w:t>
      </w:r>
    </w:p>
    <w:p w14:paraId="6B12ACA1" w14:textId="77777777" w:rsidR="00BE6879" w:rsidRPr="00614385" w:rsidRDefault="00BE6879" w:rsidP="001F167B">
      <w:pPr>
        <w:pStyle w:val="Prrafodelista"/>
        <w:numPr>
          <w:ilvl w:val="0"/>
          <w:numId w:val="25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lang w:val="es-CL"/>
        </w:rPr>
        <w:t>Evitar conflictos de interés y declararlos si llegaran a existir.</w:t>
      </w:r>
    </w:p>
    <w:p w14:paraId="4675883C" w14:textId="77777777" w:rsidR="00BE6879" w:rsidRPr="00614385" w:rsidRDefault="00BE6879" w:rsidP="001F167B">
      <w:pPr>
        <w:pStyle w:val="Prrafodelista"/>
        <w:numPr>
          <w:ilvl w:val="0"/>
          <w:numId w:val="25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lang w:val="es-CL"/>
        </w:rPr>
        <w:t>No utilizar información privilegiada para beneficio personal o de terceros.</w:t>
      </w:r>
    </w:p>
    <w:p w14:paraId="25F8476E" w14:textId="77777777" w:rsidR="00BE6879" w:rsidRPr="00614385" w:rsidRDefault="00BE6879" w:rsidP="001F167B">
      <w:pPr>
        <w:pStyle w:val="Prrafodelista"/>
        <w:numPr>
          <w:ilvl w:val="0"/>
          <w:numId w:val="25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lang w:val="es-CL"/>
        </w:rPr>
        <w:t>Actuar con profesionalismo, respeto y transparencia en toda relación contractual.</w:t>
      </w:r>
    </w:p>
    <w:p w14:paraId="40D91470" w14:textId="77777777" w:rsidR="00BE6879" w:rsidRPr="00614385" w:rsidRDefault="00BE6879" w:rsidP="001F167B">
      <w:pPr>
        <w:pStyle w:val="Prrafodelista"/>
        <w:numPr>
          <w:ilvl w:val="0"/>
          <w:numId w:val="25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lang w:val="es-CL"/>
        </w:rPr>
        <w:t>Proteger los activos, equipos y propiedad intelectual de la empresa.</w:t>
      </w:r>
    </w:p>
    <w:p w14:paraId="62F1DF7B" w14:textId="77777777" w:rsidR="00BE6879" w:rsidRPr="00614385" w:rsidRDefault="00BE6879" w:rsidP="001F167B">
      <w:pPr>
        <w:pStyle w:val="Prrafodelista"/>
        <w:numPr>
          <w:ilvl w:val="0"/>
          <w:numId w:val="25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lang w:val="es-CL"/>
        </w:rPr>
        <w:t>Cumplir las normas de seguridad, salud laboral y protección de datos.</w:t>
      </w:r>
    </w:p>
    <w:p w14:paraId="4DD2E549" w14:textId="6E8CBD52" w:rsidR="00EF5C07" w:rsidRDefault="00BE6879" w:rsidP="001F167B">
      <w:pPr>
        <w:rPr>
          <w:rFonts w:ascii="Roboto Condensed" w:hAnsi="Roboto Condensed"/>
          <w:lang w:val="es-CL"/>
        </w:rPr>
      </w:pPr>
      <w:r w:rsidRPr="00BE6879">
        <w:rPr>
          <w:rFonts w:ascii="Roboto Condensed" w:hAnsi="Roboto Condensed"/>
          <w:lang w:val="es-CL"/>
        </w:rPr>
        <w:t>Las infracciones a este código serán consideradas faltas graves y podrán dar lugar a sanciones, incluyendo la terminación del contrato o relación comercial.</w:t>
      </w:r>
    </w:p>
    <w:p w14:paraId="699B3EF4" w14:textId="77777777" w:rsidR="00EF5C07" w:rsidRPr="00614385" w:rsidRDefault="00EF5C07" w:rsidP="001F167B">
      <w:pPr>
        <w:rPr>
          <w:rFonts w:ascii="Roboto Condensed" w:hAnsi="Roboto Condensed"/>
          <w:lang w:val="es-CL"/>
        </w:rPr>
      </w:pPr>
    </w:p>
    <w:p w14:paraId="054DF553" w14:textId="77777777" w:rsidR="00C821E8" w:rsidRPr="00614385" w:rsidRDefault="00C821E8" w:rsidP="001F167B">
      <w:pPr>
        <w:pStyle w:val="Ttulo1"/>
        <w:rPr>
          <w:rFonts w:ascii="Roboto Condensed" w:hAnsi="Roboto Condensed"/>
          <w:lang w:val="es-CL"/>
        </w:rPr>
      </w:pPr>
      <w:bookmarkStart w:id="5" w:name="_Toc212110244"/>
      <w:r w:rsidRPr="00614385">
        <w:rPr>
          <w:rFonts w:ascii="Roboto Condensed" w:hAnsi="Roboto Condensed"/>
          <w:lang w:val="es-CL"/>
        </w:rPr>
        <w:t>6. Prevención de delitos (Ley 20.393)</w:t>
      </w:r>
      <w:bookmarkEnd w:id="5"/>
    </w:p>
    <w:p w14:paraId="1AC926A7" w14:textId="77777777" w:rsidR="00C821E8" w:rsidRPr="00C821E8" w:rsidRDefault="00C821E8" w:rsidP="001F167B">
      <w:pPr>
        <w:rPr>
          <w:rFonts w:ascii="Roboto Condensed" w:hAnsi="Roboto Condensed"/>
          <w:lang w:val="es-CL"/>
        </w:rPr>
      </w:pPr>
      <w:r w:rsidRPr="00C821E8">
        <w:rPr>
          <w:rFonts w:ascii="Roboto Condensed" w:hAnsi="Roboto Condensed"/>
          <w:lang w:val="es-CL"/>
        </w:rPr>
        <w:t>E-</w:t>
      </w:r>
      <w:proofErr w:type="spellStart"/>
      <w:r w:rsidRPr="00C821E8">
        <w:rPr>
          <w:rFonts w:ascii="Roboto Condensed" w:hAnsi="Roboto Condensed"/>
          <w:lang w:val="es-CL"/>
        </w:rPr>
        <w:t>Design</w:t>
      </w:r>
      <w:proofErr w:type="spellEnd"/>
      <w:r w:rsidRPr="00C821E8">
        <w:rPr>
          <w:rFonts w:ascii="Roboto Condensed" w:hAnsi="Roboto Condensed"/>
          <w:lang w:val="es-CL"/>
        </w:rPr>
        <w:t xml:space="preserve"> reconoce la aplicación de la </w:t>
      </w:r>
      <w:r w:rsidRPr="00C821E8">
        <w:rPr>
          <w:rFonts w:ascii="Roboto Condensed" w:hAnsi="Roboto Condensed"/>
          <w:b/>
          <w:bCs/>
          <w:lang w:val="es-CL"/>
        </w:rPr>
        <w:t xml:space="preserve">Ley </w:t>
      </w:r>
      <w:proofErr w:type="spellStart"/>
      <w:r w:rsidRPr="00C821E8">
        <w:rPr>
          <w:rFonts w:ascii="Roboto Condensed" w:hAnsi="Roboto Condensed"/>
          <w:b/>
          <w:bCs/>
          <w:lang w:val="es-CL"/>
        </w:rPr>
        <w:t>N°</w:t>
      </w:r>
      <w:proofErr w:type="spellEnd"/>
      <w:r w:rsidRPr="00C821E8">
        <w:rPr>
          <w:rFonts w:ascii="Roboto Condensed" w:hAnsi="Roboto Condensed"/>
          <w:b/>
          <w:bCs/>
          <w:lang w:val="es-CL"/>
        </w:rPr>
        <w:t xml:space="preserve"> 20.393</w:t>
      </w:r>
      <w:r w:rsidRPr="00C821E8">
        <w:rPr>
          <w:rFonts w:ascii="Roboto Condensed" w:hAnsi="Roboto Condensed"/>
          <w:lang w:val="es-CL"/>
        </w:rPr>
        <w:t>, que establece la responsabilidad penal de las personas jurídicas por delitos de:</w:t>
      </w:r>
    </w:p>
    <w:p w14:paraId="31DCA2AB" w14:textId="77777777" w:rsidR="00C821E8" w:rsidRPr="00614385" w:rsidRDefault="00C821E8" w:rsidP="001F167B">
      <w:pPr>
        <w:pStyle w:val="Prrafodelista"/>
        <w:numPr>
          <w:ilvl w:val="0"/>
          <w:numId w:val="26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b/>
          <w:bCs/>
          <w:lang w:val="es-CL"/>
        </w:rPr>
        <w:t>Cohecho</w:t>
      </w:r>
      <w:r w:rsidRPr="00614385">
        <w:rPr>
          <w:rFonts w:ascii="Roboto Condensed" w:hAnsi="Roboto Condensed"/>
          <w:lang w:val="es-CL"/>
        </w:rPr>
        <w:t xml:space="preserve"> a funcionarios públicos nacionales o extranjeros.</w:t>
      </w:r>
    </w:p>
    <w:p w14:paraId="78595754" w14:textId="77777777" w:rsidR="00C821E8" w:rsidRPr="00614385" w:rsidRDefault="00C821E8" w:rsidP="001F167B">
      <w:pPr>
        <w:pStyle w:val="Prrafodelista"/>
        <w:numPr>
          <w:ilvl w:val="0"/>
          <w:numId w:val="26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b/>
          <w:bCs/>
          <w:lang w:val="es-CL"/>
        </w:rPr>
        <w:lastRenderedPageBreak/>
        <w:t>Lavado de activos.</w:t>
      </w:r>
    </w:p>
    <w:p w14:paraId="16783039" w14:textId="77777777" w:rsidR="00C821E8" w:rsidRPr="00614385" w:rsidRDefault="00C821E8" w:rsidP="001F167B">
      <w:pPr>
        <w:pStyle w:val="Prrafodelista"/>
        <w:numPr>
          <w:ilvl w:val="0"/>
          <w:numId w:val="26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b/>
          <w:bCs/>
          <w:lang w:val="es-CL"/>
        </w:rPr>
        <w:t>Financiamiento del terrorismo.</w:t>
      </w:r>
    </w:p>
    <w:p w14:paraId="1BDEB42E" w14:textId="77777777" w:rsidR="00C821E8" w:rsidRPr="00614385" w:rsidRDefault="00C821E8" w:rsidP="001F167B">
      <w:pPr>
        <w:pStyle w:val="Prrafodelista"/>
        <w:numPr>
          <w:ilvl w:val="0"/>
          <w:numId w:val="26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b/>
          <w:bCs/>
          <w:lang w:val="es-CL"/>
        </w:rPr>
        <w:t>Receptación.</w:t>
      </w:r>
    </w:p>
    <w:p w14:paraId="3C188085" w14:textId="1CE416BF" w:rsidR="00614385" w:rsidRPr="00EF5C07" w:rsidRDefault="00C821E8" w:rsidP="001F167B">
      <w:pPr>
        <w:pStyle w:val="Prrafodelista"/>
        <w:numPr>
          <w:ilvl w:val="0"/>
          <w:numId w:val="26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b/>
          <w:bCs/>
          <w:lang w:val="es-CL"/>
        </w:rPr>
        <w:t>Administración desleal, apropiación indebida y soborno entre particulares.</w:t>
      </w:r>
    </w:p>
    <w:p w14:paraId="74561A07" w14:textId="77777777" w:rsidR="00C821E8" w:rsidRPr="00C821E8" w:rsidRDefault="00C821E8" w:rsidP="001F167B">
      <w:pPr>
        <w:rPr>
          <w:rFonts w:ascii="Roboto Condensed" w:hAnsi="Roboto Condensed"/>
          <w:lang w:val="es-CL"/>
        </w:rPr>
      </w:pPr>
      <w:r w:rsidRPr="00C821E8">
        <w:rPr>
          <w:rFonts w:ascii="Roboto Condensed" w:hAnsi="Roboto Condensed"/>
          <w:lang w:val="es-CL"/>
        </w:rPr>
        <w:t>Para prevenir la ocurrencia de estos delitos, E-</w:t>
      </w:r>
      <w:proofErr w:type="spellStart"/>
      <w:r w:rsidRPr="00C821E8">
        <w:rPr>
          <w:rFonts w:ascii="Roboto Condensed" w:hAnsi="Roboto Condensed"/>
          <w:lang w:val="es-CL"/>
        </w:rPr>
        <w:t>Design</w:t>
      </w:r>
      <w:proofErr w:type="spellEnd"/>
      <w:r w:rsidRPr="00C821E8">
        <w:rPr>
          <w:rFonts w:ascii="Roboto Condensed" w:hAnsi="Roboto Condensed"/>
          <w:lang w:val="es-CL"/>
        </w:rPr>
        <w:t xml:space="preserve"> implementa las siguientes medidas:</w:t>
      </w:r>
    </w:p>
    <w:p w14:paraId="26316ABE" w14:textId="77777777" w:rsidR="00C821E8" w:rsidRPr="00614385" w:rsidRDefault="00C821E8" w:rsidP="001F167B">
      <w:pPr>
        <w:pStyle w:val="Prrafodelista"/>
        <w:numPr>
          <w:ilvl w:val="0"/>
          <w:numId w:val="27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b/>
          <w:bCs/>
          <w:lang w:val="es-CL"/>
        </w:rPr>
        <w:t>Difusión permanente</w:t>
      </w:r>
      <w:r w:rsidRPr="00614385">
        <w:rPr>
          <w:rFonts w:ascii="Roboto Condensed" w:hAnsi="Roboto Condensed"/>
          <w:lang w:val="es-CL"/>
        </w:rPr>
        <w:t xml:space="preserve"> del presente programa a todos los colaboradores.</w:t>
      </w:r>
    </w:p>
    <w:p w14:paraId="50D8B996" w14:textId="77777777" w:rsidR="00C821E8" w:rsidRPr="00614385" w:rsidRDefault="00C821E8" w:rsidP="001F167B">
      <w:pPr>
        <w:pStyle w:val="Prrafodelista"/>
        <w:numPr>
          <w:ilvl w:val="0"/>
          <w:numId w:val="27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b/>
          <w:bCs/>
          <w:lang w:val="es-CL"/>
        </w:rPr>
        <w:t>Cláusulas de integridad</w:t>
      </w:r>
      <w:r w:rsidRPr="00614385">
        <w:rPr>
          <w:rFonts w:ascii="Roboto Condensed" w:hAnsi="Roboto Condensed"/>
          <w:lang w:val="es-CL"/>
        </w:rPr>
        <w:t xml:space="preserve"> incorporadas en contratos de trabajo y de prestación de servicios.</w:t>
      </w:r>
    </w:p>
    <w:p w14:paraId="2554A309" w14:textId="77777777" w:rsidR="00C821E8" w:rsidRPr="00614385" w:rsidRDefault="00C821E8" w:rsidP="001F167B">
      <w:pPr>
        <w:pStyle w:val="Prrafodelista"/>
        <w:numPr>
          <w:ilvl w:val="0"/>
          <w:numId w:val="27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b/>
          <w:bCs/>
          <w:lang w:val="es-CL"/>
        </w:rPr>
        <w:t>Revisión y control</w:t>
      </w:r>
      <w:r w:rsidRPr="00614385">
        <w:rPr>
          <w:rFonts w:ascii="Roboto Condensed" w:hAnsi="Roboto Condensed"/>
          <w:lang w:val="es-CL"/>
        </w:rPr>
        <w:t xml:space="preserve"> de procesos de contratación, compras y licitaciones.</w:t>
      </w:r>
    </w:p>
    <w:p w14:paraId="1AAFA8F1" w14:textId="5A190670" w:rsidR="00EF5C07" w:rsidRDefault="00C821E8" w:rsidP="00EF5C07">
      <w:pPr>
        <w:pStyle w:val="Prrafodelista"/>
        <w:numPr>
          <w:ilvl w:val="0"/>
          <w:numId w:val="27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b/>
          <w:bCs/>
          <w:lang w:val="es-CL"/>
        </w:rPr>
        <w:t>Supervisión directa</w:t>
      </w:r>
      <w:r w:rsidRPr="00614385">
        <w:rPr>
          <w:rFonts w:ascii="Roboto Condensed" w:hAnsi="Roboto Condensed"/>
          <w:lang w:val="es-CL"/>
        </w:rPr>
        <w:t xml:space="preserve"> del Representante de Cumplimiento designado.</w:t>
      </w:r>
    </w:p>
    <w:p w14:paraId="03A0ED29" w14:textId="77777777" w:rsidR="00EF5C07" w:rsidRDefault="00EF5C07" w:rsidP="00EF5C07">
      <w:pPr>
        <w:pStyle w:val="Prrafodelista"/>
        <w:rPr>
          <w:rFonts w:ascii="Roboto Condensed" w:hAnsi="Roboto Condensed"/>
          <w:lang w:val="es-CL"/>
        </w:rPr>
      </w:pPr>
    </w:p>
    <w:p w14:paraId="244D054D" w14:textId="77777777" w:rsidR="00C821E8" w:rsidRPr="00614385" w:rsidRDefault="00C821E8" w:rsidP="001F167B">
      <w:pPr>
        <w:pStyle w:val="Ttulo1"/>
        <w:rPr>
          <w:rFonts w:ascii="Roboto Condensed" w:hAnsi="Roboto Condensed"/>
          <w:lang w:val="es-CL"/>
        </w:rPr>
      </w:pPr>
      <w:bookmarkStart w:id="6" w:name="_Toc212110245"/>
      <w:r w:rsidRPr="00614385">
        <w:rPr>
          <w:rFonts w:ascii="Roboto Condensed" w:hAnsi="Roboto Condensed"/>
          <w:lang w:val="es-CL"/>
        </w:rPr>
        <w:t>7. Representante de Cumplimiento</w:t>
      </w:r>
      <w:bookmarkEnd w:id="6"/>
    </w:p>
    <w:p w14:paraId="39D12514" w14:textId="77777777" w:rsidR="00C821E8" w:rsidRPr="00C821E8" w:rsidRDefault="00C821E8" w:rsidP="001F167B">
      <w:pPr>
        <w:rPr>
          <w:rFonts w:ascii="Roboto Condensed" w:hAnsi="Roboto Condensed"/>
          <w:lang w:val="es-CL"/>
        </w:rPr>
      </w:pPr>
      <w:r w:rsidRPr="00C821E8">
        <w:rPr>
          <w:rFonts w:ascii="Roboto Condensed" w:hAnsi="Roboto Condensed"/>
          <w:lang w:val="es-CL"/>
        </w:rPr>
        <w:t>E-</w:t>
      </w:r>
      <w:proofErr w:type="spellStart"/>
      <w:r w:rsidRPr="00C821E8">
        <w:rPr>
          <w:rFonts w:ascii="Roboto Condensed" w:hAnsi="Roboto Condensed"/>
          <w:lang w:val="es-CL"/>
        </w:rPr>
        <w:t>Design</w:t>
      </w:r>
      <w:proofErr w:type="spellEnd"/>
      <w:r w:rsidRPr="00C821E8">
        <w:rPr>
          <w:rFonts w:ascii="Roboto Condensed" w:hAnsi="Roboto Condensed"/>
          <w:lang w:val="es-CL"/>
        </w:rPr>
        <w:t xml:space="preserve"> designa a </w:t>
      </w:r>
      <w:r w:rsidRPr="00C821E8">
        <w:rPr>
          <w:rFonts w:ascii="Roboto Condensed" w:hAnsi="Roboto Condensed"/>
          <w:b/>
          <w:bCs/>
          <w:lang w:val="es-CL"/>
        </w:rPr>
        <w:t>Pablo Alonso Lizana Carvajal</w:t>
      </w:r>
      <w:r w:rsidRPr="00C821E8">
        <w:rPr>
          <w:rFonts w:ascii="Roboto Condensed" w:hAnsi="Roboto Condensed"/>
          <w:lang w:val="es-CL"/>
        </w:rPr>
        <w:t xml:space="preserve">, RUT 14.122.270-8, como </w:t>
      </w:r>
      <w:r w:rsidRPr="00C821E8">
        <w:rPr>
          <w:rFonts w:ascii="Roboto Condensed" w:hAnsi="Roboto Condensed"/>
          <w:b/>
          <w:bCs/>
          <w:lang w:val="es-CL"/>
        </w:rPr>
        <w:t>Encargado del Programa de Integridad y Cumplimiento</w:t>
      </w:r>
      <w:r w:rsidRPr="00C821E8">
        <w:rPr>
          <w:rFonts w:ascii="Roboto Condensed" w:hAnsi="Roboto Condensed"/>
          <w:lang w:val="es-CL"/>
        </w:rPr>
        <w:t>, responsable de:</w:t>
      </w:r>
    </w:p>
    <w:p w14:paraId="27883C65" w14:textId="77777777" w:rsidR="00C821E8" w:rsidRPr="00614385" w:rsidRDefault="00C821E8" w:rsidP="001F167B">
      <w:pPr>
        <w:pStyle w:val="Prrafodelista"/>
        <w:numPr>
          <w:ilvl w:val="0"/>
          <w:numId w:val="29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lang w:val="es-CL"/>
        </w:rPr>
        <w:t>Velar por la correcta aplicación y actualización anual del programa.</w:t>
      </w:r>
    </w:p>
    <w:p w14:paraId="3081B726" w14:textId="77777777" w:rsidR="00C821E8" w:rsidRPr="00614385" w:rsidRDefault="00C821E8" w:rsidP="001F167B">
      <w:pPr>
        <w:pStyle w:val="Prrafodelista"/>
        <w:numPr>
          <w:ilvl w:val="0"/>
          <w:numId w:val="29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lang w:val="es-CL"/>
        </w:rPr>
        <w:t>Recibir y gestionar denuncias o consultas sobre posibles irregularidades.</w:t>
      </w:r>
    </w:p>
    <w:p w14:paraId="7B5BF914" w14:textId="77777777" w:rsidR="00C821E8" w:rsidRPr="00614385" w:rsidRDefault="00C821E8" w:rsidP="001F167B">
      <w:pPr>
        <w:pStyle w:val="Prrafodelista"/>
        <w:numPr>
          <w:ilvl w:val="0"/>
          <w:numId w:val="29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lang w:val="es-CL"/>
        </w:rPr>
        <w:t>Mantener registros y evidencias de las acciones de cumplimiento.</w:t>
      </w:r>
    </w:p>
    <w:p w14:paraId="126F7106" w14:textId="77777777" w:rsidR="00C821E8" w:rsidRPr="00614385" w:rsidRDefault="00C821E8" w:rsidP="001F167B">
      <w:pPr>
        <w:pStyle w:val="Prrafodelista"/>
        <w:numPr>
          <w:ilvl w:val="0"/>
          <w:numId w:val="29"/>
        </w:numPr>
        <w:rPr>
          <w:rFonts w:ascii="Roboto Condensed" w:hAnsi="Roboto Condensed"/>
          <w:lang w:val="es-CL"/>
        </w:rPr>
      </w:pPr>
      <w:r w:rsidRPr="00614385">
        <w:rPr>
          <w:rFonts w:ascii="Roboto Condensed" w:hAnsi="Roboto Condensed"/>
          <w:lang w:val="es-CL"/>
        </w:rPr>
        <w:t>Informar a la Gerencia sobre los avances y hallazgos del sistema de integridad.</w:t>
      </w:r>
    </w:p>
    <w:p w14:paraId="6F317F7D" w14:textId="502F3142" w:rsidR="00F5402A" w:rsidRDefault="00C821E8" w:rsidP="001F167B">
      <w:pPr>
        <w:rPr>
          <w:rFonts w:ascii="Roboto Condensed" w:hAnsi="Roboto Condensed"/>
          <w:b/>
          <w:bCs/>
          <w:lang w:val="es-CL"/>
        </w:rPr>
      </w:pPr>
      <w:r w:rsidRPr="00C821E8">
        <w:rPr>
          <w:rFonts w:ascii="Roboto Condensed" w:hAnsi="Roboto Condensed"/>
          <w:lang w:val="es-CL"/>
        </w:rPr>
        <w:t xml:space="preserve">Correo de contacto oficial: </w:t>
      </w:r>
      <w:hyperlink r:id="rId10" w:history="1">
        <w:r w:rsidR="00614385" w:rsidRPr="00C821E8">
          <w:rPr>
            <w:rStyle w:val="Hipervnculo"/>
            <w:rFonts w:ascii="Roboto Condensed" w:hAnsi="Roboto Condensed"/>
            <w:lang w:val="es-CL"/>
          </w:rPr>
          <w:t>integridad@e-design.one</w:t>
        </w:r>
      </w:hyperlink>
    </w:p>
    <w:p w14:paraId="0E210468" w14:textId="77777777" w:rsidR="00EF5C07" w:rsidRDefault="00EF5C07" w:rsidP="001F167B">
      <w:pPr>
        <w:rPr>
          <w:rFonts w:ascii="Roboto Condensed" w:hAnsi="Roboto Condensed"/>
          <w:b/>
          <w:bCs/>
          <w:lang w:val="es-CL"/>
        </w:rPr>
      </w:pPr>
    </w:p>
    <w:p w14:paraId="0C217B79" w14:textId="77777777" w:rsidR="00C821E8" w:rsidRPr="00614385" w:rsidRDefault="00C821E8" w:rsidP="001F167B">
      <w:pPr>
        <w:pStyle w:val="Ttulo1"/>
        <w:rPr>
          <w:rFonts w:ascii="Roboto Condensed" w:hAnsi="Roboto Condensed"/>
          <w:lang w:val="es-CL"/>
        </w:rPr>
      </w:pPr>
      <w:bookmarkStart w:id="7" w:name="_Toc212110246"/>
      <w:r w:rsidRPr="00614385">
        <w:rPr>
          <w:rFonts w:ascii="Roboto Condensed" w:hAnsi="Roboto Condensed"/>
          <w:lang w:val="es-CL"/>
        </w:rPr>
        <w:t>8. Canal de denuncias</w:t>
      </w:r>
      <w:bookmarkEnd w:id="7"/>
    </w:p>
    <w:p w14:paraId="7B8A90DE" w14:textId="77777777" w:rsidR="00C821E8" w:rsidRPr="00C821E8" w:rsidRDefault="00C821E8" w:rsidP="001F167B">
      <w:pPr>
        <w:rPr>
          <w:rFonts w:ascii="Roboto Condensed" w:hAnsi="Roboto Condensed"/>
          <w:lang w:val="es-CL"/>
        </w:rPr>
      </w:pPr>
      <w:r w:rsidRPr="00C821E8">
        <w:rPr>
          <w:rFonts w:ascii="Roboto Condensed" w:hAnsi="Roboto Condensed"/>
          <w:lang w:val="es-CL"/>
        </w:rPr>
        <w:t>E-</w:t>
      </w:r>
      <w:proofErr w:type="spellStart"/>
      <w:r w:rsidRPr="00C821E8">
        <w:rPr>
          <w:rFonts w:ascii="Roboto Condensed" w:hAnsi="Roboto Condensed"/>
          <w:lang w:val="es-CL"/>
        </w:rPr>
        <w:t>Design</w:t>
      </w:r>
      <w:proofErr w:type="spellEnd"/>
      <w:r w:rsidRPr="00C821E8">
        <w:rPr>
          <w:rFonts w:ascii="Roboto Condensed" w:hAnsi="Roboto Condensed"/>
          <w:lang w:val="es-CL"/>
        </w:rPr>
        <w:t xml:space="preserve"> mantiene disponible un canal de comunicación confidencial para reportar conductas contrarias a este programa o a la legislación vigente:</w:t>
      </w:r>
    </w:p>
    <w:p w14:paraId="0DE49288" w14:textId="62040F28" w:rsidR="00C821E8" w:rsidRPr="00614385" w:rsidRDefault="00C821E8" w:rsidP="001F167B">
      <w:pPr>
        <w:pStyle w:val="Prrafodelista"/>
        <w:numPr>
          <w:ilvl w:val="0"/>
          <w:numId w:val="30"/>
        </w:numPr>
        <w:rPr>
          <w:rFonts w:ascii="Roboto Condensed" w:hAnsi="Roboto Condensed"/>
          <w:b/>
          <w:bCs/>
          <w:lang w:val="es-CL"/>
        </w:rPr>
      </w:pPr>
      <w:r w:rsidRPr="00614385">
        <w:rPr>
          <w:rFonts w:ascii="Segoe UI Emoji" w:hAnsi="Segoe UI Emoji" w:cs="Segoe UI Emoji"/>
          <w:lang w:val="es-CL"/>
        </w:rPr>
        <w:t>📧</w:t>
      </w:r>
      <w:r w:rsidRPr="00614385">
        <w:rPr>
          <w:rFonts w:ascii="Roboto Condensed" w:hAnsi="Roboto Condensed"/>
          <w:lang w:val="es-CL"/>
        </w:rPr>
        <w:t xml:space="preserve"> Correo: </w:t>
      </w:r>
      <w:hyperlink r:id="rId11" w:history="1">
        <w:r w:rsidR="007A45CE" w:rsidRPr="00174E25">
          <w:rPr>
            <w:rStyle w:val="Hipervnculo"/>
            <w:rFonts w:ascii="Roboto Condensed" w:hAnsi="Roboto Condensed"/>
            <w:lang w:val="es-CL"/>
          </w:rPr>
          <w:t>integridad@e-design.one</w:t>
        </w:r>
      </w:hyperlink>
    </w:p>
    <w:p w14:paraId="02FC7C52" w14:textId="72124181" w:rsidR="007A45CE" w:rsidRDefault="007A45CE" w:rsidP="001F167B">
      <w:pPr>
        <w:pStyle w:val="Prrafodelista"/>
        <w:numPr>
          <w:ilvl w:val="0"/>
          <w:numId w:val="30"/>
        </w:numPr>
        <w:rPr>
          <w:rFonts w:ascii="Roboto Condensed" w:hAnsi="Roboto Condensed"/>
        </w:rPr>
      </w:pPr>
      <w:r w:rsidRPr="00614385">
        <w:rPr>
          <w:rFonts w:ascii="Segoe UI Emoji" w:hAnsi="Segoe UI Emoji" w:cs="Segoe UI Emoji"/>
        </w:rPr>
        <w:t>📄</w:t>
      </w:r>
      <w:r w:rsidRPr="00614385">
        <w:rPr>
          <w:rFonts w:ascii="Roboto Condensed" w:hAnsi="Roboto Condensed"/>
        </w:rPr>
        <w:t xml:space="preserve"> </w:t>
      </w:r>
      <w:proofErr w:type="spellStart"/>
      <w:r w:rsidRPr="00614385">
        <w:rPr>
          <w:rFonts w:ascii="Roboto Condensed" w:hAnsi="Roboto Condensed"/>
        </w:rPr>
        <w:t>Formulario</w:t>
      </w:r>
      <w:proofErr w:type="spellEnd"/>
      <w:r w:rsidRPr="00614385">
        <w:rPr>
          <w:rFonts w:ascii="Roboto Condensed" w:hAnsi="Roboto Condensed"/>
        </w:rPr>
        <w:t xml:space="preserve"> </w:t>
      </w:r>
      <w:proofErr w:type="spellStart"/>
      <w:r w:rsidRPr="00614385">
        <w:rPr>
          <w:rFonts w:ascii="Roboto Condensed" w:hAnsi="Roboto Condensed"/>
        </w:rPr>
        <w:t>en</w:t>
      </w:r>
      <w:proofErr w:type="spellEnd"/>
      <w:r w:rsidRPr="00614385">
        <w:rPr>
          <w:rFonts w:ascii="Roboto Condensed" w:hAnsi="Roboto Condensed"/>
        </w:rPr>
        <w:t xml:space="preserve"> </w:t>
      </w:r>
      <w:proofErr w:type="spellStart"/>
      <w:r w:rsidRPr="00614385">
        <w:rPr>
          <w:rFonts w:ascii="Roboto Condensed" w:hAnsi="Roboto Condensed"/>
        </w:rPr>
        <w:t>línea</w:t>
      </w:r>
      <w:proofErr w:type="spellEnd"/>
      <w:r w:rsidRPr="00614385">
        <w:rPr>
          <w:rFonts w:ascii="Roboto Condensed" w:hAnsi="Roboto Condensed"/>
        </w:rPr>
        <w:t xml:space="preserve">: </w:t>
      </w:r>
      <w:hyperlink r:id="rId12" w:history="1">
        <w:r w:rsidR="00174E25" w:rsidRPr="00792103">
          <w:rPr>
            <w:rStyle w:val="Hipervnculo"/>
            <w:rFonts w:ascii="Roboto Condensed" w:hAnsi="Roboto Condensed"/>
          </w:rPr>
          <w:t>https://forms.gle/C7HVo7ggPrbfDKUn7</w:t>
        </w:r>
      </w:hyperlink>
    </w:p>
    <w:p w14:paraId="25851251" w14:textId="44CBF57F" w:rsidR="00F5402A" w:rsidRDefault="007A45CE" w:rsidP="001F167B">
      <w:pPr>
        <w:rPr>
          <w:rFonts w:ascii="Roboto Condensed" w:hAnsi="Roboto Condensed"/>
        </w:rPr>
      </w:pPr>
      <w:r w:rsidRPr="00614385">
        <w:rPr>
          <w:rFonts w:ascii="Roboto Condensed" w:hAnsi="Roboto Condensed"/>
        </w:rPr>
        <w:t xml:space="preserve">Toda </w:t>
      </w:r>
      <w:proofErr w:type="spellStart"/>
      <w:r w:rsidRPr="00614385">
        <w:rPr>
          <w:rFonts w:ascii="Roboto Condensed" w:hAnsi="Roboto Condensed"/>
        </w:rPr>
        <w:t>denuncia</w:t>
      </w:r>
      <w:proofErr w:type="spellEnd"/>
      <w:r w:rsidRPr="00614385">
        <w:rPr>
          <w:rFonts w:ascii="Roboto Condensed" w:hAnsi="Roboto Condensed"/>
        </w:rPr>
        <w:t xml:space="preserve"> </w:t>
      </w:r>
      <w:proofErr w:type="spellStart"/>
      <w:r w:rsidRPr="00614385">
        <w:rPr>
          <w:rFonts w:ascii="Roboto Condensed" w:hAnsi="Roboto Condensed"/>
        </w:rPr>
        <w:t>será</w:t>
      </w:r>
      <w:proofErr w:type="spellEnd"/>
      <w:r w:rsidRPr="00614385">
        <w:rPr>
          <w:rFonts w:ascii="Roboto Condensed" w:hAnsi="Roboto Condensed"/>
        </w:rPr>
        <w:t xml:space="preserve"> </w:t>
      </w:r>
      <w:proofErr w:type="spellStart"/>
      <w:r w:rsidRPr="00614385">
        <w:rPr>
          <w:rFonts w:ascii="Roboto Condensed" w:hAnsi="Roboto Condensed"/>
        </w:rPr>
        <w:t>tratada</w:t>
      </w:r>
      <w:proofErr w:type="spellEnd"/>
      <w:r w:rsidRPr="00614385">
        <w:rPr>
          <w:rFonts w:ascii="Roboto Condensed" w:hAnsi="Roboto Condensed"/>
        </w:rPr>
        <w:t xml:space="preserve"> con </w:t>
      </w:r>
      <w:proofErr w:type="spellStart"/>
      <w:r w:rsidRPr="00614385">
        <w:rPr>
          <w:rFonts w:ascii="Roboto Condensed" w:hAnsi="Roboto Condensed"/>
        </w:rPr>
        <w:t>estricta</w:t>
      </w:r>
      <w:proofErr w:type="spellEnd"/>
      <w:r w:rsidRPr="00614385">
        <w:rPr>
          <w:rFonts w:ascii="Roboto Condensed" w:hAnsi="Roboto Condensed"/>
        </w:rPr>
        <w:t xml:space="preserve"> </w:t>
      </w:r>
      <w:proofErr w:type="spellStart"/>
      <w:r w:rsidRPr="00614385">
        <w:rPr>
          <w:rFonts w:ascii="Roboto Condensed" w:hAnsi="Roboto Condensed"/>
        </w:rPr>
        <w:t>confidencialidad</w:t>
      </w:r>
      <w:proofErr w:type="spellEnd"/>
      <w:r w:rsidRPr="00614385">
        <w:rPr>
          <w:rFonts w:ascii="Roboto Condensed" w:hAnsi="Roboto Condensed"/>
        </w:rPr>
        <w:t xml:space="preserve"> y sin </w:t>
      </w:r>
      <w:proofErr w:type="spellStart"/>
      <w:r w:rsidRPr="00614385">
        <w:rPr>
          <w:rFonts w:ascii="Roboto Condensed" w:hAnsi="Roboto Condensed"/>
        </w:rPr>
        <w:t>represalias</w:t>
      </w:r>
      <w:proofErr w:type="spellEnd"/>
      <w:r w:rsidRPr="00614385">
        <w:rPr>
          <w:rFonts w:ascii="Roboto Condensed" w:hAnsi="Roboto Condensed"/>
        </w:rPr>
        <w:t xml:space="preserve"> </w:t>
      </w:r>
      <w:proofErr w:type="spellStart"/>
      <w:r w:rsidRPr="00614385">
        <w:rPr>
          <w:rFonts w:ascii="Roboto Condensed" w:hAnsi="Roboto Condensed"/>
        </w:rPr>
        <w:t>hacia</w:t>
      </w:r>
      <w:proofErr w:type="spellEnd"/>
      <w:r w:rsidRPr="00614385">
        <w:rPr>
          <w:rFonts w:ascii="Roboto Condensed" w:hAnsi="Roboto Condensed"/>
        </w:rPr>
        <w:t xml:space="preserve"> </w:t>
      </w:r>
      <w:proofErr w:type="spellStart"/>
      <w:r w:rsidRPr="00614385">
        <w:rPr>
          <w:rFonts w:ascii="Roboto Condensed" w:hAnsi="Roboto Condensed"/>
        </w:rPr>
        <w:t>quien</w:t>
      </w:r>
      <w:proofErr w:type="spellEnd"/>
      <w:r w:rsidRPr="00614385">
        <w:rPr>
          <w:rFonts w:ascii="Roboto Condensed" w:hAnsi="Roboto Condensed"/>
        </w:rPr>
        <w:t xml:space="preserve"> la </w:t>
      </w:r>
      <w:proofErr w:type="spellStart"/>
      <w:r w:rsidRPr="00614385">
        <w:rPr>
          <w:rFonts w:ascii="Roboto Condensed" w:hAnsi="Roboto Condensed"/>
        </w:rPr>
        <w:t>efectúe</w:t>
      </w:r>
      <w:proofErr w:type="spellEnd"/>
      <w:r w:rsidRPr="00614385">
        <w:rPr>
          <w:rFonts w:ascii="Roboto Condensed" w:hAnsi="Roboto Condensed"/>
        </w:rPr>
        <w:t xml:space="preserve"> de </w:t>
      </w:r>
      <w:proofErr w:type="spellStart"/>
      <w:r w:rsidRPr="00614385">
        <w:rPr>
          <w:rFonts w:ascii="Roboto Condensed" w:hAnsi="Roboto Condensed"/>
        </w:rPr>
        <w:t>buena</w:t>
      </w:r>
      <w:proofErr w:type="spellEnd"/>
      <w:r w:rsidRPr="00614385">
        <w:rPr>
          <w:rFonts w:ascii="Roboto Condensed" w:hAnsi="Roboto Condensed"/>
        </w:rPr>
        <w:t xml:space="preserve"> </w:t>
      </w:r>
      <w:proofErr w:type="spellStart"/>
      <w:r w:rsidRPr="00614385">
        <w:rPr>
          <w:rFonts w:ascii="Roboto Condensed" w:hAnsi="Roboto Condensed"/>
        </w:rPr>
        <w:t>fe</w:t>
      </w:r>
      <w:proofErr w:type="spellEnd"/>
      <w:r w:rsidRPr="00614385">
        <w:rPr>
          <w:rFonts w:ascii="Roboto Condensed" w:hAnsi="Roboto Condensed"/>
        </w:rPr>
        <w:t>.</w:t>
      </w:r>
      <w:r w:rsidRPr="00614385">
        <w:rPr>
          <w:rFonts w:ascii="Roboto Condensed" w:hAnsi="Roboto Condensed"/>
        </w:rPr>
        <w:br/>
        <w:t xml:space="preserve">El </w:t>
      </w:r>
      <w:proofErr w:type="spellStart"/>
      <w:r w:rsidRPr="00614385">
        <w:rPr>
          <w:rFonts w:ascii="Roboto Condensed" w:hAnsi="Roboto Condensed"/>
        </w:rPr>
        <w:t>Encargado</w:t>
      </w:r>
      <w:proofErr w:type="spellEnd"/>
      <w:r w:rsidRPr="00614385">
        <w:rPr>
          <w:rFonts w:ascii="Roboto Condensed" w:hAnsi="Roboto Condensed"/>
        </w:rPr>
        <w:t xml:space="preserve"> de </w:t>
      </w:r>
      <w:proofErr w:type="spellStart"/>
      <w:r w:rsidRPr="00614385">
        <w:rPr>
          <w:rFonts w:ascii="Roboto Condensed" w:hAnsi="Roboto Condensed"/>
        </w:rPr>
        <w:t>Cumplimiento</w:t>
      </w:r>
      <w:proofErr w:type="spellEnd"/>
      <w:r w:rsidRPr="00614385">
        <w:rPr>
          <w:rFonts w:ascii="Roboto Condensed" w:hAnsi="Roboto Condensed"/>
        </w:rPr>
        <w:t xml:space="preserve"> </w:t>
      </w:r>
      <w:proofErr w:type="spellStart"/>
      <w:r w:rsidRPr="00614385">
        <w:rPr>
          <w:rFonts w:ascii="Roboto Condensed" w:hAnsi="Roboto Condensed"/>
        </w:rPr>
        <w:t>registrará</w:t>
      </w:r>
      <w:proofErr w:type="spellEnd"/>
      <w:r w:rsidRPr="00614385">
        <w:rPr>
          <w:rFonts w:ascii="Roboto Condensed" w:hAnsi="Roboto Condensed"/>
        </w:rPr>
        <w:t xml:space="preserve"> </w:t>
      </w:r>
      <w:proofErr w:type="spellStart"/>
      <w:r w:rsidRPr="00614385">
        <w:rPr>
          <w:rFonts w:ascii="Roboto Condensed" w:hAnsi="Roboto Condensed"/>
        </w:rPr>
        <w:t>el</w:t>
      </w:r>
      <w:proofErr w:type="spellEnd"/>
      <w:r w:rsidRPr="00614385">
        <w:rPr>
          <w:rFonts w:ascii="Roboto Condensed" w:hAnsi="Roboto Condensed"/>
        </w:rPr>
        <w:t xml:space="preserve"> </w:t>
      </w:r>
      <w:proofErr w:type="spellStart"/>
      <w:r w:rsidRPr="00614385">
        <w:rPr>
          <w:rFonts w:ascii="Roboto Condensed" w:hAnsi="Roboto Condensed"/>
        </w:rPr>
        <w:t>caso</w:t>
      </w:r>
      <w:proofErr w:type="spellEnd"/>
      <w:r w:rsidRPr="00614385">
        <w:rPr>
          <w:rFonts w:ascii="Roboto Condensed" w:hAnsi="Roboto Condensed"/>
        </w:rPr>
        <w:t xml:space="preserve">, </w:t>
      </w:r>
      <w:proofErr w:type="spellStart"/>
      <w:r w:rsidRPr="00614385">
        <w:rPr>
          <w:rFonts w:ascii="Roboto Condensed" w:hAnsi="Roboto Condensed"/>
        </w:rPr>
        <w:t>realizará</w:t>
      </w:r>
      <w:proofErr w:type="spellEnd"/>
      <w:r w:rsidRPr="00614385">
        <w:rPr>
          <w:rFonts w:ascii="Roboto Condensed" w:hAnsi="Roboto Condensed"/>
        </w:rPr>
        <w:t xml:space="preserve"> la </w:t>
      </w:r>
      <w:proofErr w:type="spellStart"/>
      <w:r w:rsidRPr="00614385">
        <w:rPr>
          <w:rFonts w:ascii="Roboto Condensed" w:hAnsi="Roboto Condensed"/>
        </w:rPr>
        <w:t>investigación</w:t>
      </w:r>
      <w:proofErr w:type="spellEnd"/>
      <w:r w:rsidRPr="00614385">
        <w:rPr>
          <w:rFonts w:ascii="Roboto Condensed" w:hAnsi="Roboto Condensed"/>
        </w:rPr>
        <w:t xml:space="preserve"> </w:t>
      </w:r>
      <w:proofErr w:type="spellStart"/>
      <w:r w:rsidRPr="00614385">
        <w:rPr>
          <w:rFonts w:ascii="Roboto Condensed" w:hAnsi="Roboto Condensed"/>
        </w:rPr>
        <w:t>correspondiente</w:t>
      </w:r>
      <w:proofErr w:type="spellEnd"/>
      <w:r w:rsidRPr="00614385">
        <w:rPr>
          <w:rFonts w:ascii="Roboto Condensed" w:hAnsi="Roboto Condensed"/>
        </w:rPr>
        <w:t xml:space="preserve"> y </w:t>
      </w:r>
      <w:proofErr w:type="spellStart"/>
      <w:r w:rsidRPr="00614385">
        <w:rPr>
          <w:rFonts w:ascii="Roboto Condensed" w:hAnsi="Roboto Condensed"/>
        </w:rPr>
        <w:t>propondrá</w:t>
      </w:r>
      <w:proofErr w:type="spellEnd"/>
      <w:r w:rsidRPr="00614385">
        <w:rPr>
          <w:rFonts w:ascii="Roboto Condensed" w:hAnsi="Roboto Condensed"/>
        </w:rPr>
        <w:t xml:space="preserve"> las </w:t>
      </w:r>
      <w:proofErr w:type="spellStart"/>
      <w:r w:rsidRPr="00614385">
        <w:rPr>
          <w:rFonts w:ascii="Roboto Condensed" w:hAnsi="Roboto Condensed"/>
        </w:rPr>
        <w:t>medidas</w:t>
      </w:r>
      <w:proofErr w:type="spellEnd"/>
      <w:r w:rsidRPr="00614385">
        <w:rPr>
          <w:rFonts w:ascii="Roboto Condensed" w:hAnsi="Roboto Condensed"/>
        </w:rPr>
        <w:t xml:space="preserve"> </w:t>
      </w:r>
      <w:proofErr w:type="spellStart"/>
      <w:r w:rsidRPr="00614385">
        <w:rPr>
          <w:rFonts w:ascii="Roboto Condensed" w:hAnsi="Roboto Condensed"/>
        </w:rPr>
        <w:t>correctivas</w:t>
      </w:r>
      <w:proofErr w:type="spellEnd"/>
      <w:r w:rsidRPr="00614385">
        <w:rPr>
          <w:rFonts w:ascii="Roboto Condensed" w:hAnsi="Roboto Condensed"/>
        </w:rPr>
        <w:t xml:space="preserve"> </w:t>
      </w:r>
      <w:proofErr w:type="spellStart"/>
      <w:r w:rsidRPr="00614385">
        <w:rPr>
          <w:rFonts w:ascii="Roboto Condensed" w:hAnsi="Roboto Condensed"/>
        </w:rPr>
        <w:t>necesarias</w:t>
      </w:r>
      <w:proofErr w:type="spellEnd"/>
      <w:r w:rsidRPr="00614385">
        <w:rPr>
          <w:rFonts w:ascii="Roboto Condensed" w:hAnsi="Roboto Condensed"/>
        </w:rPr>
        <w:t>.</w:t>
      </w:r>
    </w:p>
    <w:p w14:paraId="407EA9CC" w14:textId="77777777" w:rsidR="007A45CE" w:rsidRPr="00614385" w:rsidRDefault="007A45CE" w:rsidP="001F167B">
      <w:pPr>
        <w:pStyle w:val="Ttulo1"/>
        <w:rPr>
          <w:rFonts w:ascii="Roboto Condensed" w:hAnsi="Roboto Condensed"/>
          <w:lang w:val="es-CL"/>
        </w:rPr>
      </w:pPr>
      <w:bookmarkStart w:id="8" w:name="_Toc212110247"/>
      <w:r w:rsidRPr="00614385">
        <w:rPr>
          <w:rFonts w:ascii="Roboto Condensed" w:hAnsi="Roboto Condensed"/>
          <w:lang w:val="es-CL"/>
        </w:rPr>
        <w:lastRenderedPageBreak/>
        <w:t>9. Comunicación, difusión y capacitación</w:t>
      </w:r>
      <w:bookmarkEnd w:id="8"/>
    </w:p>
    <w:p w14:paraId="5644C389" w14:textId="77777777" w:rsidR="007A45CE" w:rsidRPr="001F167B" w:rsidRDefault="007A45CE" w:rsidP="001F167B">
      <w:pPr>
        <w:pStyle w:val="Prrafodelista"/>
        <w:numPr>
          <w:ilvl w:val="0"/>
          <w:numId w:val="31"/>
        </w:numPr>
        <w:rPr>
          <w:rFonts w:ascii="Roboto Condensed" w:hAnsi="Roboto Condensed"/>
          <w:lang w:val="es-CL"/>
        </w:rPr>
      </w:pPr>
      <w:r w:rsidRPr="001F167B">
        <w:rPr>
          <w:rFonts w:ascii="Roboto Condensed" w:hAnsi="Roboto Condensed"/>
          <w:lang w:val="es-CL"/>
        </w:rPr>
        <w:t xml:space="preserve">El presente programa se comunicará mediante </w:t>
      </w:r>
      <w:r w:rsidRPr="001F167B">
        <w:rPr>
          <w:rFonts w:ascii="Roboto Condensed" w:hAnsi="Roboto Condensed"/>
          <w:b/>
          <w:bCs/>
          <w:lang w:val="es-CL"/>
        </w:rPr>
        <w:t xml:space="preserve">correo electrónico a todos los trabajadores y </w:t>
      </w:r>
      <w:proofErr w:type="spellStart"/>
      <w:r w:rsidRPr="001F167B">
        <w:rPr>
          <w:rFonts w:ascii="Roboto Condensed" w:hAnsi="Roboto Condensed"/>
          <w:b/>
          <w:bCs/>
          <w:lang w:val="es-CL"/>
        </w:rPr>
        <w:t>freelancers</w:t>
      </w:r>
      <w:proofErr w:type="spellEnd"/>
      <w:r w:rsidRPr="001F167B">
        <w:rPr>
          <w:rFonts w:ascii="Roboto Condensed" w:hAnsi="Roboto Condensed"/>
          <w:lang w:val="es-CL"/>
        </w:rPr>
        <w:t>.</w:t>
      </w:r>
    </w:p>
    <w:p w14:paraId="270E431A" w14:textId="77777777" w:rsidR="007A45CE" w:rsidRPr="001F167B" w:rsidRDefault="007A45CE" w:rsidP="001F167B">
      <w:pPr>
        <w:pStyle w:val="Prrafodelista"/>
        <w:numPr>
          <w:ilvl w:val="0"/>
          <w:numId w:val="31"/>
        </w:numPr>
        <w:rPr>
          <w:rFonts w:ascii="Roboto Condensed" w:hAnsi="Roboto Condensed"/>
          <w:lang w:val="es-CL"/>
        </w:rPr>
      </w:pPr>
      <w:r w:rsidRPr="001F167B">
        <w:rPr>
          <w:rFonts w:ascii="Roboto Condensed" w:hAnsi="Roboto Condensed"/>
          <w:lang w:val="es-CL"/>
        </w:rPr>
        <w:t>Se publicará en el sitio web institucional.</w:t>
      </w:r>
    </w:p>
    <w:p w14:paraId="6930F83C" w14:textId="77777777" w:rsidR="007A45CE" w:rsidRPr="001F167B" w:rsidRDefault="007A45CE" w:rsidP="001F167B">
      <w:pPr>
        <w:pStyle w:val="Prrafodelista"/>
        <w:numPr>
          <w:ilvl w:val="0"/>
          <w:numId w:val="31"/>
        </w:numPr>
        <w:rPr>
          <w:rFonts w:ascii="Roboto Condensed" w:hAnsi="Roboto Condensed"/>
          <w:lang w:val="es-CL"/>
        </w:rPr>
      </w:pPr>
      <w:r w:rsidRPr="001F167B">
        <w:rPr>
          <w:rFonts w:ascii="Roboto Condensed" w:hAnsi="Roboto Condensed"/>
          <w:lang w:val="es-CL"/>
        </w:rPr>
        <w:t xml:space="preserve">Formará parte de los </w:t>
      </w:r>
      <w:r w:rsidRPr="001F167B">
        <w:rPr>
          <w:rFonts w:ascii="Roboto Condensed" w:hAnsi="Roboto Condensed"/>
          <w:b/>
          <w:bCs/>
          <w:lang w:val="es-CL"/>
        </w:rPr>
        <w:t>contratos de prestación de servicios</w:t>
      </w:r>
      <w:r w:rsidRPr="001F167B">
        <w:rPr>
          <w:rFonts w:ascii="Roboto Condensed" w:hAnsi="Roboto Condensed"/>
          <w:lang w:val="es-CL"/>
        </w:rPr>
        <w:t xml:space="preserve"> y del </w:t>
      </w:r>
      <w:r w:rsidRPr="001F167B">
        <w:rPr>
          <w:rFonts w:ascii="Roboto Condensed" w:hAnsi="Roboto Condensed"/>
          <w:b/>
          <w:bCs/>
          <w:lang w:val="es-CL"/>
        </w:rPr>
        <w:t>Reglamento Interno de Orden, Higiene y Seguridad</w:t>
      </w:r>
      <w:r w:rsidRPr="001F167B">
        <w:rPr>
          <w:rFonts w:ascii="Roboto Condensed" w:hAnsi="Roboto Condensed"/>
          <w:lang w:val="es-CL"/>
        </w:rPr>
        <w:t>.</w:t>
      </w:r>
    </w:p>
    <w:p w14:paraId="16B0140E" w14:textId="77777777" w:rsidR="007A45CE" w:rsidRPr="001F167B" w:rsidRDefault="007A45CE" w:rsidP="001F167B">
      <w:pPr>
        <w:pStyle w:val="Prrafodelista"/>
        <w:numPr>
          <w:ilvl w:val="0"/>
          <w:numId w:val="31"/>
        </w:numPr>
        <w:rPr>
          <w:rFonts w:ascii="Roboto Condensed" w:hAnsi="Roboto Condensed"/>
          <w:lang w:val="es-CL"/>
        </w:rPr>
      </w:pPr>
      <w:r w:rsidRPr="001F167B">
        <w:rPr>
          <w:rFonts w:ascii="Roboto Condensed" w:hAnsi="Roboto Condensed"/>
          <w:lang w:val="es-CL"/>
        </w:rPr>
        <w:t xml:space="preserve">Se realizará una </w:t>
      </w:r>
      <w:r w:rsidRPr="001F167B">
        <w:rPr>
          <w:rFonts w:ascii="Roboto Condensed" w:hAnsi="Roboto Condensed"/>
          <w:b/>
          <w:bCs/>
          <w:lang w:val="es-CL"/>
        </w:rPr>
        <w:t>capacitación anual breve (virtual o presencial)</w:t>
      </w:r>
      <w:r w:rsidRPr="001F167B">
        <w:rPr>
          <w:rFonts w:ascii="Roboto Condensed" w:hAnsi="Roboto Condensed"/>
          <w:lang w:val="es-CL"/>
        </w:rPr>
        <w:t xml:space="preserve"> sobre ética, integridad y prevención de delitos.</w:t>
      </w:r>
    </w:p>
    <w:p w14:paraId="4D372EE3" w14:textId="6089B994" w:rsidR="00EF5C07" w:rsidRDefault="007A45CE" w:rsidP="001F167B">
      <w:pPr>
        <w:rPr>
          <w:rFonts w:ascii="Roboto Condensed" w:hAnsi="Roboto Condensed"/>
          <w:lang w:val="es-CL"/>
        </w:rPr>
      </w:pPr>
      <w:r w:rsidRPr="007A45CE">
        <w:rPr>
          <w:rFonts w:ascii="Roboto Condensed" w:hAnsi="Roboto Condensed"/>
          <w:lang w:val="es-CL"/>
        </w:rPr>
        <w:t>Cada colaborador deberá confirmar la recepción y comprensión del programa mediante firma digital o formulario en línea.</w:t>
      </w:r>
    </w:p>
    <w:p w14:paraId="2C6223AE" w14:textId="77777777" w:rsidR="00EF5C07" w:rsidRPr="00614385" w:rsidRDefault="00EF5C07" w:rsidP="001F167B">
      <w:pPr>
        <w:rPr>
          <w:rFonts w:ascii="Roboto Condensed" w:hAnsi="Roboto Condensed"/>
          <w:lang w:val="es-CL"/>
        </w:rPr>
      </w:pPr>
    </w:p>
    <w:p w14:paraId="6D4863E2" w14:textId="77777777" w:rsidR="007A45CE" w:rsidRPr="00614385" w:rsidRDefault="007A45CE" w:rsidP="001F167B">
      <w:pPr>
        <w:pStyle w:val="Ttulo1"/>
        <w:rPr>
          <w:rFonts w:ascii="Roboto Condensed" w:hAnsi="Roboto Condensed"/>
          <w:lang w:val="es-CL"/>
        </w:rPr>
      </w:pPr>
      <w:bookmarkStart w:id="9" w:name="_Toc212110248"/>
      <w:r w:rsidRPr="00614385">
        <w:rPr>
          <w:rFonts w:ascii="Roboto Condensed" w:hAnsi="Roboto Condensed"/>
          <w:lang w:val="es-CL"/>
        </w:rPr>
        <w:t>10. Compromiso con proveedores y clientes</w:t>
      </w:r>
      <w:bookmarkEnd w:id="9"/>
    </w:p>
    <w:p w14:paraId="0D2CD682" w14:textId="77777777" w:rsidR="007A45CE" w:rsidRPr="007A45CE" w:rsidRDefault="007A45CE" w:rsidP="001F167B">
      <w:pPr>
        <w:rPr>
          <w:rFonts w:ascii="Roboto Condensed" w:hAnsi="Roboto Condensed"/>
          <w:lang w:val="es-CL"/>
        </w:rPr>
      </w:pPr>
      <w:r w:rsidRPr="007A45CE">
        <w:rPr>
          <w:rFonts w:ascii="Roboto Condensed" w:hAnsi="Roboto Condensed"/>
          <w:lang w:val="es-CL"/>
        </w:rPr>
        <w:t>E-</w:t>
      </w:r>
      <w:proofErr w:type="spellStart"/>
      <w:r w:rsidRPr="007A45CE">
        <w:rPr>
          <w:rFonts w:ascii="Roboto Condensed" w:hAnsi="Roboto Condensed"/>
          <w:lang w:val="es-CL"/>
        </w:rPr>
        <w:t>Design</w:t>
      </w:r>
      <w:proofErr w:type="spellEnd"/>
      <w:r w:rsidRPr="007A45CE">
        <w:rPr>
          <w:rFonts w:ascii="Roboto Condensed" w:hAnsi="Roboto Condensed"/>
          <w:lang w:val="es-CL"/>
        </w:rPr>
        <w:t xml:space="preserve"> exige a sus proveedores y socios estratégicos que actúen conforme a los mismos principios de integridad y transparencia, comprometiéndose a:</w:t>
      </w:r>
    </w:p>
    <w:p w14:paraId="0C2DE104" w14:textId="77777777" w:rsidR="007A45CE" w:rsidRPr="001F167B" w:rsidRDefault="007A45CE" w:rsidP="001F167B">
      <w:pPr>
        <w:pStyle w:val="Prrafodelista"/>
        <w:numPr>
          <w:ilvl w:val="0"/>
          <w:numId w:val="32"/>
        </w:numPr>
        <w:rPr>
          <w:rFonts w:ascii="Roboto Condensed" w:hAnsi="Roboto Condensed"/>
          <w:lang w:val="es-CL"/>
        </w:rPr>
      </w:pPr>
      <w:r w:rsidRPr="001F167B">
        <w:rPr>
          <w:rFonts w:ascii="Roboto Condensed" w:hAnsi="Roboto Condensed"/>
          <w:lang w:val="es-CL"/>
        </w:rPr>
        <w:t>Cumplir las leyes laborales, tributarias y ambientales vigentes.</w:t>
      </w:r>
    </w:p>
    <w:p w14:paraId="571E1B3C" w14:textId="77777777" w:rsidR="007A45CE" w:rsidRPr="001F167B" w:rsidRDefault="007A45CE" w:rsidP="001F167B">
      <w:pPr>
        <w:pStyle w:val="Prrafodelista"/>
        <w:numPr>
          <w:ilvl w:val="0"/>
          <w:numId w:val="32"/>
        </w:numPr>
        <w:rPr>
          <w:rFonts w:ascii="Roboto Condensed" w:hAnsi="Roboto Condensed"/>
          <w:lang w:val="es-CL"/>
        </w:rPr>
      </w:pPr>
      <w:r w:rsidRPr="001F167B">
        <w:rPr>
          <w:rFonts w:ascii="Roboto Condensed" w:hAnsi="Roboto Condensed"/>
          <w:lang w:val="es-CL"/>
        </w:rPr>
        <w:t>Respetar los derechos humanos y la igualdad de oportunidades.</w:t>
      </w:r>
    </w:p>
    <w:p w14:paraId="3907C342" w14:textId="77777777" w:rsidR="007A45CE" w:rsidRPr="001F167B" w:rsidRDefault="007A45CE" w:rsidP="001F167B">
      <w:pPr>
        <w:pStyle w:val="Prrafodelista"/>
        <w:numPr>
          <w:ilvl w:val="0"/>
          <w:numId w:val="32"/>
        </w:numPr>
        <w:rPr>
          <w:rFonts w:ascii="Roboto Condensed" w:hAnsi="Roboto Condensed"/>
          <w:lang w:val="es-CL"/>
        </w:rPr>
      </w:pPr>
      <w:r w:rsidRPr="001F167B">
        <w:rPr>
          <w:rFonts w:ascii="Roboto Condensed" w:hAnsi="Roboto Condensed"/>
          <w:lang w:val="es-CL"/>
        </w:rPr>
        <w:t>Abstenerse de ofrecer regalos o beneficios que puedan influir indebidamente en decisiones comerciales.</w:t>
      </w:r>
    </w:p>
    <w:p w14:paraId="79DA9B7B" w14:textId="77777777" w:rsidR="007A45CE" w:rsidRDefault="007A45CE" w:rsidP="001F167B">
      <w:pPr>
        <w:rPr>
          <w:rFonts w:ascii="Roboto Condensed" w:hAnsi="Roboto Condensed"/>
          <w:lang w:val="es-CL"/>
        </w:rPr>
      </w:pPr>
      <w:r w:rsidRPr="007A45CE">
        <w:rPr>
          <w:rFonts w:ascii="Roboto Condensed" w:hAnsi="Roboto Condensed"/>
          <w:lang w:val="es-CL"/>
        </w:rPr>
        <w:t>E-</w:t>
      </w:r>
      <w:proofErr w:type="spellStart"/>
      <w:r w:rsidRPr="007A45CE">
        <w:rPr>
          <w:rFonts w:ascii="Roboto Condensed" w:hAnsi="Roboto Condensed"/>
          <w:lang w:val="es-CL"/>
        </w:rPr>
        <w:t>Design</w:t>
      </w:r>
      <w:proofErr w:type="spellEnd"/>
      <w:r w:rsidRPr="007A45CE">
        <w:rPr>
          <w:rFonts w:ascii="Roboto Condensed" w:hAnsi="Roboto Condensed"/>
          <w:lang w:val="es-CL"/>
        </w:rPr>
        <w:t xml:space="preserve"> podrá poner término a cualquier relación contractual si detecta incumplimientos graves a estas normas éticas.</w:t>
      </w:r>
    </w:p>
    <w:p w14:paraId="243AB277" w14:textId="77777777" w:rsidR="00EF5C07" w:rsidRPr="00614385" w:rsidRDefault="00EF5C07" w:rsidP="001F167B">
      <w:pPr>
        <w:rPr>
          <w:rFonts w:ascii="Roboto Condensed" w:hAnsi="Roboto Condensed"/>
          <w:lang w:val="es-CL"/>
        </w:rPr>
      </w:pPr>
    </w:p>
    <w:p w14:paraId="7DFB4317" w14:textId="77777777" w:rsidR="00C5784E" w:rsidRPr="00614385" w:rsidRDefault="00C5784E" w:rsidP="001F167B">
      <w:pPr>
        <w:pStyle w:val="Ttulo1"/>
        <w:rPr>
          <w:rFonts w:ascii="Roboto Condensed" w:hAnsi="Roboto Condensed"/>
          <w:lang w:val="es-CL"/>
        </w:rPr>
      </w:pPr>
      <w:bookmarkStart w:id="10" w:name="_Toc212110249"/>
      <w:r w:rsidRPr="00614385">
        <w:rPr>
          <w:rFonts w:ascii="Roboto Condensed" w:hAnsi="Roboto Condensed"/>
          <w:lang w:val="es-CL"/>
        </w:rPr>
        <w:t>11. Evaluación y mejora continua</w:t>
      </w:r>
      <w:bookmarkEnd w:id="10"/>
    </w:p>
    <w:p w14:paraId="2B49D7F2" w14:textId="77777777" w:rsidR="00C5784E" w:rsidRPr="00C5784E" w:rsidRDefault="00C5784E" w:rsidP="001F167B">
      <w:pPr>
        <w:rPr>
          <w:rFonts w:ascii="Roboto Condensed" w:hAnsi="Roboto Condensed"/>
          <w:lang w:val="es-CL"/>
        </w:rPr>
      </w:pPr>
      <w:r w:rsidRPr="00C5784E">
        <w:rPr>
          <w:rFonts w:ascii="Roboto Condensed" w:hAnsi="Roboto Condensed"/>
          <w:lang w:val="es-CL"/>
        </w:rPr>
        <w:t xml:space="preserve">El Programa de Integridad y Cumplimiento será revisado </w:t>
      </w:r>
      <w:r w:rsidRPr="00C5784E">
        <w:rPr>
          <w:rFonts w:ascii="Roboto Condensed" w:hAnsi="Roboto Condensed"/>
          <w:b/>
          <w:bCs/>
          <w:lang w:val="es-CL"/>
        </w:rPr>
        <w:t>una vez al año</w:t>
      </w:r>
      <w:r w:rsidRPr="00C5784E">
        <w:rPr>
          <w:rFonts w:ascii="Roboto Condensed" w:hAnsi="Roboto Condensed"/>
          <w:lang w:val="es-CL"/>
        </w:rPr>
        <w:t xml:space="preserve"> o cuando existan cambios normativos relevantes.</w:t>
      </w:r>
      <w:r w:rsidRPr="00C5784E">
        <w:rPr>
          <w:rFonts w:ascii="Roboto Condensed" w:hAnsi="Roboto Condensed"/>
          <w:lang w:val="es-CL"/>
        </w:rPr>
        <w:br/>
        <w:t>El proceso incluirá:</w:t>
      </w:r>
    </w:p>
    <w:p w14:paraId="4AEE2BDD" w14:textId="77777777" w:rsidR="00C5784E" w:rsidRPr="001F167B" w:rsidRDefault="00C5784E" w:rsidP="001F167B">
      <w:pPr>
        <w:pStyle w:val="Prrafodelista"/>
        <w:numPr>
          <w:ilvl w:val="0"/>
          <w:numId w:val="33"/>
        </w:numPr>
        <w:rPr>
          <w:rFonts w:ascii="Roboto Condensed" w:hAnsi="Roboto Condensed"/>
          <w:lang w:val="es-CL"/>
        </w:rPr>
      </w:pPr>
      <w:r w:rsidRPr="001F167B">
        <w:rPr>
          <w:rFonts w:ascii="Roboto Condensed" w:hAnsi="Roboto Condensed"/>
          <w:lang w:val="es-CL"/>
        </w:rPr>
        <w:t>Evaluación de riesgos éticos o de cumplimiento.</w:t>
      </w:r>
    </w:p>
    <w:p w14:paraId="2E15AC08" w14:textId="77777777" w:rsidR="00C5784E" w:rsidRPr="001F167B" w:rsidRDefault="00C5784E" w:rsidP="001F167B">
      <w:pPr>
        <w:pStyle w:val="Prrafodelista"/>
        <w:numPr>
          <w:ilvl w:val="0"/>
          <w:numId w:val="33"/>
        </w:numPr>
        <w:rPr>
          <w:rFonts w:ascii="Roboto Condensed" w:hAnsi="Roboto Condensed"/>
          <w:lang w:val="es-CL"/>
        </w:rPr>
      </w:pPr>
      <w:r w:rsidRPr="001F167B">
        <w:rPr>
          <w:rFonts w:ascii="Roboto Condensed" w:hAnsi="Roboto Condensed"/>
          <w:lang w:val="es-CL"/>
        </w:rPr>
        <w:t>Revisión de canales de denuncia y registros.</w:t>
      </w:r>
    </w:p>
    <w:p w14:paraId="2C5D9927" w14:textId="60349EA7" w:rsidR="00C5784E" w:rsidRPr="001F167B" w:rsidRDefault="00C5784E" w:rsidP="001F167B">
      <w:pPr>
        <w:pStyle w:val="Prrafodelista"/>
        <w:numPr>
          <w:ilvl w:val="0"/>
          <w:numId w:val="33"/>
        </w:numPr>
        <w:rPr>
          <w:rFonts w:ascii="Roboto Condensed" w:hAnsi="Roboto Condensed"/>
          <w:lang w:val="es-CL"/>
        </w:rPr>
      </w:pPr>
      <w:r w:rsidRPr="001F167B">
        <w:rPr>
          <w:rFonts w:ascii="Roboto Condensed" w:hAnsi="Roboto Condensed"/>
          <w:lang w:val="es-CL"/>
        </w:rPr>
        <w:t>Actualización del documento y comunicación al personal.</w:t>
      </w:r>
    </w:p>
    <w:p w14:paraId="2654ACA3" w14:textId="77777777" w:rsidR="00C5784E" w:rsidRPr="00614385" w:rsidRDefault="00C5784E" w:rsidP="001F167B">
      <w:pPr>
        <w:pStyle w:val="Ttulo1"/>
        <w:rPr>
          <w:rFonts w:ascii="Roboto Condensed" w:hAnsi="Roboto Condensed"/>
          <w:lang w:val="es-CL"/>
        </w:rPr>
      </w:pPr>
      <w:bookmarkStart w:id="11" w:name="_Toc212110250"/>
      <w:r w:rsidRPr="00614385">
        <w:rPr>
          <w:rFonts w:ascii="Roboto Condensed" w:hAnsi="Roboto Condensed"/>
          <w:lang w:val="es-CL"/>
        </w:rPr>
        <w:lastRenderedPageBreak/>
        <w:t>12. Vigencia y aprobación</w:t>
      </w:r>
      <w:bookmarkEnd w:id="11"/>
    </w:p>
    <w:p w14:paraId="196FB173" w14:textId="77777777" w:rsidR="00C5784E" w:rsidRPr="00C5784E" w:rsidRDefault="00C5784E" w:rsidP="001F167B">
      <w:pPr>
        <w:rPr>
          <w:rFonts w:ascii="Roboto Condensed" w:hAnsi="Roboto Condensed"/>
          <w:lang w:val="es-CL"/>
        </w:rPr>
      </w:pPr>
      <w:r w:rsidRPr="00C5784E">
        <w:rPr>
          <w:rFonts w:ascii="Roboto Condensed" w:hAnsi="Roboto Condensed"/>
          <w:lang w:val="es-CL"/>
        </w:rPr>
        <w:t xml:space="preserve">Este programa </w:t>
      </w:r>
      <w:proofErr w:type="gramStart"/>
      <w:r w:rsidRPr="00C5784E">
        <w:rPr>
          <w:rFonts w:ascii="Roboto Condensed" w:hAnsi="Roboto Condensed"/>
          <w:lang w:val="es-CL"/>
        </w:rPr>
        <w:t>entra en vigencia</w:t>
      </w:r>
      <w:proofErr w:type="gramEnd"/>
      <w:r w:rsidRPr="00C5784E">
        <w:rPr>
          <w:rFonts w:ascii="Roboto Condensed" w:hAnsi="Roboto Condensed"/>
          <w:lang w:val="es-CL"/>
        </w:rPr>
        <w:t xml:space="preserve"> el </w:t>
      </w:r>
      <w:r w:rsidRPr="00C5784E">
        <w:rPr>
          <w:rFonts w:ascii="Roboto Condensed" w:hAnsi="Roboto Condensed"/>
          <w:b/>
          <w:bCs/>
          <w:lang w:val="es-CL"/>
        </w:rPr>
        <w:t>23 de octubre de 2025</w:t>
      </w:r>
      <w:r w:rsidRPr="00C5784E">
        <w:rPr>
          <w:rFonts w:ascii="Roboto Condensed" w:hAnsi="Roboto Condensed"/>
          <w:lang w:val="es-CL"/>
        </w:rPr>
        <w:t xml:space="preserve"> y permanecerá activo mientras no sea reemplazado por una versión actualizada.</w:t>
      </w:r>
    </w:p>
    <w:p w14:paraId="6CF74026" w14:textId="77777777" w:rsidR="00C5784E" w:rsidRPr="00614385" w:rsidRDefault="00C5784E" w:rsidP="001F167B">
      <w:pPr>
        <w:rPr>
          <w:rFonts w:ascii="Roboto Condensed" w:hAnsi="Roboto Condensed"/>
          <w:lang w:val="es-CL"/>
        </w:rPr>
      </w:pPr>
      <w:r w:rsidRPr="00C5784E">
        <w:rPr>
          <w:rFonts w:ascii="Roboto Condensed" w:hAnsi="Roboto Condensed"/>
          <w:lang w:val="es-CL"/>
        </w:rPr>
        <w:t>Firmado electrónicamente en Santiago de Chile:</w:t>
      </w:r>
    </w:p>
    <w:p w14:paraId="54BA912E" w14:textId="77777777" w:rsidR="00C5784E" w:rsidRPr="00614385" w:rsidRDefault="00C5784E" w:rsidP="00C5784E">
      <w:pPr>
        <w:rPr>
          <w:rFonts w:ascii="Roboto Condensed" w:hAnsi="Roboto Condensed"/>
          <w:lang w:val="es-CL"/>
        </w:rPr>
      </w:pPr>
    </w:p>
    <w:p w14:paraId="6CEB4598" w14:textId="77777777" w:rsidR="006C30B8" w:rsidRPr="00614385" w:rsidRDefault="006C30B8" w:rsidP="006C30B8">
      <w:pPr>
        <w:jc w:val="center"/>
        <w:rPr>
          <w:rFonts w:ascii="Roboto Condensed" w:hAnsi="Roboto Condensed" w:cs="Arial"/>
          <w:b/>
          <w:sz w:val="22"/>
        </w:rPr>
      </w:pPr>
      <w:r w:rsidRPr="00614385">
        <w:rPr>
          <w:rFonts w:ascii="Roboto Condensed" w:hAnsi="Roboto Condensed" w:cstheme="majorHAnsi"/>
          <w:noProof/>
        </w:rPr>
        <w:drawing>
          <wp:anchor distT="0" distB="0" distL="114300" distR="114300" simplePos="0" relativeHeight="251665408" behindDoc="0" locked="0" layoutInCell="1" allowOverlap="1" wp14:anchorId="61E379A1" wp14:editId="6EBE1098">
            <wp:simplePos x="0" y="0"/>
            <wp:positionH relativeFrom="margin">
              <wp:align>center</wp:align>
            </wp:positionH>
            <wp:positionV relativeFrom="paragraph">
              <wp:posOffset>317389</wp:posOffset>
            </wp:positionV>
            <wp:extent cx="1781175" cy="967740"/>
            <wp:effectExtent l="0" t="0" r="9525" b="3810"/>
            <wp:wrapTopAndBottom/>
            <wp:docPr id="795896912" name="Imagen 2" descr="Imagen que contiene esquiando, firmar, nieve, dibuj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348898" name="Imagen 2" descr="Imagen que contiene esquiando, firmar, nieve, dibujo&#10;&#10;El contenido generado por IA puede ser incorrecto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2" t="13006" r="13207" b="16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8D9D2E1" w14:textId="77777777" w:rsidR="006C30B8" w:rsidRPr="00614385" w:rsidRDefault="006C30B8" w:rsidP="006C30B8">
      <w:pPr>
        <w:jc w:val="center"/>
        <w:rPr>
          <w:rFonts w:ascii="Roboto Condensed" w:hAnsi="Roboto Condensed"/>
          <w:sz w:val="22"/>
        </w:rPr>
      </w:pPr>
      <w:r w:rsidRPr="00614385">
        <w:rPr>
          <w:rFonts w:ascii="Roboto Condensed" w:hAnsi="Roboto Condensed"/>
          <w:sz w:val="22"/>
        </w:rPr>
        <w:t>___________________________</w:t>
      </w:r>
    </w:p>
    <w:p w14:paraId="777BC28C" w14:textId="3383DF0C" w:rsidR="006C30B8" w:rsidRPr="00614385" w:rsidRDefault="006C30B8" w:rsidP="006C30B8">
      <w:pPr>
        <w:jc w:val="center"/>
        <w:rPr>
          <w:rFonts w:ascii="Roboto Condensed" w:hAnsi="Roboto Condensed" w:cstheme="majorHAnsi"/>
        </w:rPr>
      </w:pPr>
      <w:r w:rsidRPr="00614385">
        <w:rPr>
          <w:rFonts w:ascii="Roboto Condensed" w:hAnsi="Roboto Condensed" w:cstheme="majorHAnsi"/>
          <w:b/>
          <w:bCs/>
          <w:lang w:val="es-CL"/>
        </w:rPr>
        <w:t>Pablo Alonso Lizana Carvajal</w:t>
      </w:r>
      <w:r w:rsidRPr="00614385">
        <w:rPr>
          <w:rFonts w:ascii="Roboto Condensed" w:hAnsi="Roboto Condensed" w:cstheme="majorHAnsi"/>
          <w:lang w:val="es-CL"/>
        </w:rPr>
        <w:br/>
        <w:t>Representante Legal – E-</w:t>
      </w:r>
      <w:proofErr w:type="spellStart"/>
      <w:r w:rsidRPr="00614385">
        <w:rPr>
          <w:rFonts w:ascii="Roboto Condensed" w:hAnsi="Roboto Condensed" w:cstheme="majorHAnsi"/>
          <w:lang w:val="es-CL"/>
        </w:rPr>
        <w:t>Design</w:t>
      </w:r>
      <w:proofErr w:type="spellEnd"/>
      <w:r w:rsidRPr="00614385">
        <w:rPr>
          <w:rFonts w:ascii="Roboto Condensed" w:hAnsi="Roboto Condensed" w:cstheme="majorHAnsi"/>
          <w:lang w:val="es-CL"/>
        </w:rPr>
        <w:br/>
        <w:t>RUT: 14.133.502-2</w:t>
      </w:r>
      <w:r w:rsidRPr="00614385">
        <w:rPr>
          <w:rFonts w:ascii="Roboto Condensed" w:hAnsi="Roboto Condensed" w:cstheme="majorHAnsi"/>
          <w:lang w:val="es-CL"/>
        </w:rPr>
        <w:br/>
        <w:t xml:space="preserve">Correo electrónico: </w:t>
      </w:r>
      <w:hyperlink r:id="rId14" w:history="1">
        <w:r w:rsidR="005C4BCE" w:rsidRPr="00792103">
          <w:rPr>
            <w:rStyle w:val="Hipervnculo"/>
            <w:rFonts w:ascii="Roboto Condensed" w:hAnsi="Roboto Condensed" w:cstheme="majorHAnsi"/>
            <w:lang w:val="es-CL"/>
          </w:rPr>
          <w:t>pablo.lizana@e-design.one</w:t>
        </w:r>
      </w:hyperlink>
      <w:r w:rsidR="005C4BCE">
        <w:rPr>
          <w:rFonts w:ascii="Roboto Condensed" w:hAnsi="Roboto Condensed" w:cstheme="majorHAnsi"/>
          <w:lang w:val="es-CL"/>
        </w:rPr>
        <w:t xml:space="preserve"> </w:t>
      </w:r>
      <w:r w:rsidRPr="00614385">
        <w:rPr>
          <w:rFonts w:ascii="Roboto Condensed" w:hAnsi="Roboto Condensed" w:cstheme="majorHAnsi"/>
          <w:lang w:val="es-CL"/>
        </w:rPr>
        <w:br/>
        <w:t>Teléfono: +56991531293</w:t>
      </w:r>
    </w:p>
    <w:p w14:paraId="491B5E6C" w14:textId="77777777" w:rsidR="00C5784E" w:rsidRPr="00C5784E" w:rsidRDefault="00C5784E" w:rsidP="00C5784E">
      <w:pPr>
        <w:rPr>
          <w:rFonts w:ascii="Roboto Condensed" w:hAnsi="Roboto Condensed"/>
          <w:lang w:val="es-CL"/>
        </w:rPr>
      </w:pPr>
    </w:p>
    <w:p w14:paraId="030257D8" w14:textId="77777777" w:rsidR="00C5784E" w:rsidRPr="007A45CE" w:rsidRDefault="00C5784E" w:rsidP="007A45CE">
      <w:pPr>
        <w:rPr>
          <w:rFonts w:ascii="Roboto Condensed" w:hAnsi="Roboto Condensed"/>
          <w:lang w:val="es-CL"/>
        </w:rPr>
      </w:pPr>
    </w:p>
    <w:p w14:paraId="3D675FEA" w14:textId="77777777" w:rsidR="007A45CE" w:rsidRPr="007A45CE" w:rsidRDefault="007A45CE" w:rsidP="007A45CE">
      <w:pPr>
        <w:rPr>
          <w:rFonts w:ascii="Roboto Condensed" w:hAnsi="Roboto Condensed"/>
          <w:lang w:val="es-CL"/>
        </w:rPr>
      </w:pPr>
    </w:p>
    <w:p w14:paraId="78C4988E" w14:textId="77777777" w:rsidR="007A45CE" w:rsidRPr="00C821E8" w:rsidRDefault="007A45CE" w:rsidP="00C821E8">
      <w:pPr>
        <w:rPr>
          <w:rFonts w:ascii="Roboto Condensed" w:hAnsi="Roboto Condensed"/>
          <w:lang w:val="es-CL"/>
        </w:rPr>
      </w:pPr>
    </w:p>
    <w:p w14:paraId="05460614" w14:textId="77777777" w:rsidR="00C821E8" w:rsidRPr="00614385" w:rsidRDefault="00C821E8" w:rsidP="00BE6879">
      <w:pPr>
        <w:rPr>
          <w:rFonts w:ascii="Roboto Condensed" w:hAnsi="Roboto Condensed"/>
          <w:lang w:val="es-CL"/>
        </w:rPr>
      </w:pPr>
    </w:p>
    <w:p w14:paraId="1882F315" w14:textId="77777777" w:rsidR="00C821E8" w:rsidRPr="00BE6879" w:rsidRDefault="00C821E8" w:rsidP="00BE6879">
      <w:pPr>
        <w:rPr>
          <w:rFonts w:ascii="Roboto Condensed" w:hAnsi="Roboto Condensed"/>
          <w:lang w:val="es-CL"/>
        </w:rPr>
      </w:pPr>
    </w:p>
    <w:p w14:paraId="79C9225B" w14:textId="77777777" w:rsidR="00BE6879" w:rsidRPr="00614385" w:rsidRDefault="00BE6879" w:rsidP="005D7183">
      <w:pPr>
        <w:rPr>
          <w:rFonts w:ascii="Roboto Condensed" w:hAnsi="Roboto Condensed"/>
        </w:rPr>
      </w:pPr>
    </w:p>
    <w:sectPr w:rsidR="00BE6879" w:rsidRPr="00614385" w:rsidSect="00034616">
      <w:headerReference w:type="default" r:id="rId15"/>
      <w:footerReference w:type="default" r:id="rId1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03EED" w14:textId="77777777" w:rsidR="00AD7D4B" w:rsidRDefault="00AD7D4B" w:rsidP="00B505D6">
      <w:pPr>
        <w:spacing w:after="0" w:line="240" w:lineRule="auto"/>
      </w:pPr>
      <w:r>
        <w:separator/>
      </w:r>
    </w:p>
  </w:endnote>
  <w:endnote w:type="continuationSeparator" w:id="0">
    <w:p w14:paraId="671C8D9F" w14:textId="77777777" w:rsidR="00AD7D4B" w:rsidRDefault="00AD7D4B" w:rsidP="00B50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6668" w14:textId="4E8FAA30" w:rsidR="00B505D6" w:rsidRPr="00B505D6" w:rsidRDefault="00B505D6" w:rsidP="00B505D6">
    <w:pPr>
      <w:pStyle w:val="Piedepgina"/>
      <w:jc w:val="center"/>
      <w:rPr>
        <w:lang w:val="es-CL"/>
      </w:rPr>
    </w:pPr>
    <w:hyperlink r:id="rId1" w:history="1">
      <w:r w:rsidRPr="00792103">
        <w:rPr>
          <w:rStyle w:val="Hipervnculo"/>
          <w:lang w:val="es-CL"/>
        </w:rPr>
        <w:t>www.e-design.one</w:t>
      </w:r>
    </w:hyperlink>
    <w:r>
      <w:rPr>
        <w:lang w:val="es-CL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480DC" w14:textId="77777777" w:rsidR="00AD7D4B" w:rsidRDefault="00AD7D4B" w:rsidP="00B505D6">
      <w:pPr>
        <w:spacing w:after="0" w:line="240" w:lineRule="auto"/>
      </w:pPr>
      <w:r>
        <w:separator/>
      </w:r>
    </w:p>
  </w:footnote>
  <w:footnote w:type="continuationSeparator" w:id="0">
    <w:p w14:paraId="2638B4DB" w14:textId="77777777" w:rsidR="00AD7D4B" w:rsidRDefault="00AD7D4B" w:rsidP="00B50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841D" w14:textId="04DA3B39" w:rsidR="00B505D6" w:rsidRDefault="00B505D6" w:rsidP="00B505D6">
    <w:pPr>
      <w:pStyle w:val="Encabezad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629627" wp14:editId="437F870A">
          <wp:simplePos x="0" y="0"/>
          <wp:positionH relativeFrom="column">
            <wp:posOffset>2152015</wp:posOffset>
          </wp:positionH>
          <wp:positionV relativeFrom="paragraph">
            <wp:posOffset>-232470</wp:posOffset>
          </wp:positionV>
          <wp:extent cx="1190445" cy="414296"/>
          <wp:effectExtent l="0" t="0" r="0" b="5080"/>
          <wp:wrapTopAndBottom/>
          <wp:docPr id="50321207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445" cy="4142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B45926"/>
    <w:multiLevelType w:val="multilevel"/>
    <w:tmpl w:val="9E66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FA7DCB"/>
    <w:multiLevelType w:val="multilevel"/>
    <w:tmpl w:val="647C6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5442DE"/>
    <w:multiLevelType w:val="hybridMultilevel"/>
    <w:tmpl w:val="DC289EA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47043"/>
    <w:multiLevelType w:val="hybridMultilevel"/>
    <w:tmpl w:val="00AE9216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547590"/>
    <w:multiLevelType w:val="hybridMultilevel"/>
    <w:tmpl w:val="AA46D838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9D4E57"/>
    <w:multiLevelType w:val="hybridMultilevel"/>
    <w:tmpl w:val="6532A09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E6A4C"/>
    <w:multiLevelType w:val="hybridMultilevel"/>
    <w:tmpl w:val="6BCE58C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7A6BAB"/>
    <w:multiLevelType w:val="hybridMultilevel"/>
    <w:tmpl w:val="7F348A6A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7265D9"/>
    <w:multiLevelType w:val="multilevel"/>
    <w:tmpl w:val="E5ACA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F2659B"/>
    <w:multiLevelType w:val="multilevel"/>
    <w:tmpl w:val="4AB8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255132"/>
    <w:multiLevelType w:val="hybridMultilevel"/>
    <w:tmpl w:val="76680B4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6C4E30"/>
    <w:multiLevelType w:val="hybridMultilevel"/>
    <w:tmpl w:val="829CF9D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72B8C"/>
    <w:multiLevelType w:val="multilevel"/>
    <w:tmpl w:val="894E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C50C05"/>
    <w:multiLevelType w:val="multilevel"/>
    <w:tmpl w:val="90EA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6C74B5"/>
    <w:multiLevelType w:val="multilevel"/>
    <w:tmpl w:val="35764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2476AA"/>
    <w:multiLevelType w:val="hybridMultilevel"/>
    <w:tmpl w:val="3FA648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E339A9"/>
    <w:multiLevelType w:val="hybridMultilevel"/>
    <w:tmpl w:val="822E84B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521DB"/>
    <w:multiLevelType w:val="multilevel"/>
    <w:tmpl w:val="2DEE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EE141B"/>
    <w:multiLevelType w:val="hybridMultilevel"/>
    <w:tmpl w:val="0DBA153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806EE3"/>
    <w:multiLevelType w:val="hybridMultilevel"/>
    <w:tmpl w:val="AFEA41D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D089E"/>
    <w:multiLevelType w:val="hybridMultilevel"/>
    <w:tmpl w:val="96A824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5C69B5"/>
    <w:multiLevelType w:val="hybridMultilevel"/>
    <w:tmpl w:val="3BE8ADC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CB7298"/>
    <w:multiLevelType w:val="hybridMultilevel"/>
    <w:tmpl w:val="16CCEE4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906EDC"/>
    <w:multiLevelType w:val="hybridMultilevel"/>
    <w:tmpl w:val="8A8A6B5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7139C"/>
    <w:multiLevelType w:val="multilevel"/>
    <w:tmpl w:val="E1E0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3E475F"/>
    <w:multiLevelType w:val="multilevel"/>
    <w:tmpl w:val="9E0E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5464412">
    <w:abstractNumId w:val="8"/>
  </w:num>
  <w:num w:numId="2" w16cid:durableId="1519154646">
    <w:abstractNumId w:val="6"/>
  </w:num>
  <w:num w:numId="3" w16cid:durableId="1387686277">
    <w:abstractNumId w:val="5"/>
  </w:num>
  <w:num w:numId="4" w16cid:durableId="536545363">
    <w:abstractNumId w:val="4"/>
  </w:num>
  <w:num w:numId="5" w16cid:durableId="1221213415">
    <w:abstractNumId w:val="7"/>
  </w:num>
  <w:num w:numId="6" w16cid:durableId="2080248444">
    <w:abstractNumId w:val="3"/>
  </w:num>
  <w:num w:numId="7" w16cid:durableId="1243489171">
    <w:abstractNumId w:val="2"/>
  </w:num>
  <w:num w:numId="8" w16cid:durableId="1710565001">
    <w:abstractNumId w:val="1"/>
  </w:num>
  <w:num w:numId="9" w16cid:durableId="883760483">
    <w:abstractNumId w:val="0"/>
  </w:num>
  <w:num w:numId="10" w16cid:durableId="251013584">
    <w:abstractNumId w:val="34"/>
  </w:num>
  <w:num w:numId="11" w16cid:durableId="1421176267">
    <w:abstractNumId w:val="9"/>
  </w:num>
  <w:num w:numId="12" w16cid:durableId="1147626233">
    <w:abstractNumId w:val="23"/>
  </w:num>
  <w:num w:numId="13" w16cid:durableId="1696729674">
    <w:abstractNumId w:val="33"/>
  </w:num>
  <w:num w:numId="14" w16cid:durableId="479731793">
    <w:abstractNumId w:val="22"/>
  </w:num>
  <w:num w:numId="15" w16cid:durableId="239408881">
    <w:abstractNumId w:val="10"/>
  </w:num>
  <w:num w:numId="16" w16cid:durableId="673535448">
    <w:abstractNumId w:val="26"/>
  </w:num>
  <w:num w:numId="17" w16cid:durableId="1885822870">
    <w:abstractNumId w:val="21"/>
  </w:num>
  <w:num w:numId="18" w16cid:durableId="2037657658">
    <w:abstractNumId w:val="18"/>
  </w:num>
  <w:num w:numId="19" w16cid:durableId="24448250">
    <w:abstractNumId w:val="17"/>
  </w:num>
  <w:num w:numId="20" w16cid:durableId="1264996130">
    <w:abstractNumId w:val="13"/>
  </w:num>
  <w:num w:numId="21" w16cid:durableId="244152838">
    <w:abstractNumId w:val="12"/>
  </w:num>
  <w:num w:numId="22" w16cid:durableId="2001884326">
    <w:abstractNumId w:val="15"/>
  </w:num>
  <w:num w:numId="23" w16cid:durableId="1922522970">
    <w:abstractNumId w:val="20"/>
  </w:num>
  <w:num w:numId="24" w16cid:durableId="840004456">
    <w:abstractNumId w:val="16"/>
  </w:num>
  <w:num w:numId="25" w16cid:durableId="997340849">
    <w:abstractNumId w:val="30"/>
  </w:num>
  <w:num w:numId="26" w16cid:durableId="2051148780">
    <w:abstractNumId w:val="14"/>
  </w:num>
  <w:num w:numId="27" w16cid:durableId="215239501">
    <w:abstractNumId w:val="11"/>
  </w:num>
  <w:num w:numId="28" w16cid:durableId="1762484535">
    <w:abstractNumId w:val="19"/>
  </w:num>
  <w:num w:numId="29" w16cid:durableId="709108227">
    <w:abstractNumId w:val="32"/>
  </w:num>
  <w:num w:numId="30" w16cid:durableId="1932935724">
    <w:abstractNumId w:val="27"/>
  </w:num>
  <w:num w:numId="31" w16cid:durableId="2057314621">
    <w:abstractNumId w:val="24"/>
  </w:num>
  <w:num w:numId="32" w16cid:durableId="1541164626">
    <w:abstractNumId w:val="25"/>
  </w:num>
  <w:num w:numId="33" w16cid:durableId="1791895313">
    <w:abstractNumId w:val="29"/>
  </w:num>
  <w:num w:numId="34" w16cid:durableId="915866346">
    <w:abstractNumId w:val="28"/>
  </w:num>
  <w:num w:numId="35" w16cid:durableId="214461705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4E25"/>
    <w:rsid w:val="001F167B"/>
    <w:rsid w:val="0029639D"/>
    <w:rsid w:val="00326F90"/>
    <w:rsid w:val="005C4BCE"/>
    <w:rsid w:val="005D7183"/>
    <w:rsid w:val="00614385"/>
    <w:rsid w:val="006941CB"/>
    <w:rsid w:val="006C30B8"/>
    <w:rsid w:val="0072433B"/>
    <w:rsid w:val="007A45CE"/>
    <w:rsid w:val="008B31D9"/>
    <w:rsid w:val="00A355AB"/>
    <w:rsid w:val="00A82C84"/>
    <w:rsid w:val="00AA1D8D"/>
    <w:rsid w:val="00AD7D4B"/>
    <w:rsid w:val="00B47730"/>
    <w:rsid w:val="00B505D6"/>
    <w:rsid w:val="00BE6879"/>
    <w:rsid w:val="00C5784E"/>
    <w:rsid w:val="00C821E8"/>
    <w:rsid w:val="00CB0664"/>
    <w:rsid w:val="00E7646A"/>
    <w:rsid w:val="00EE23EB"/>
    <w:rsid w:val="00EF5C07"/>
    <w:rsid w:val="00F11002"/>
    <w:rsid w:val="00F540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DCAF3E6D-7F8A-46EB-A925-E5F76E8A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3EB"/>
    <w:rPr>
      <w:rFonts w:ascii="Calibri" w:hAnsi="Calibri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A355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7A45C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A45CE"/>
    <w:rPr>
      <w:color w:val="605E5C"/>
      <w:shd w:val="clear" w:color="auto" w:fill="E1DFDD"/>
    </w:rPr>
  </w:style>
  <w:style w:type="paragraph" w:styleId="TDC1">
    <w:name w:val="toc 1"/>
    <w:basedOn w:val="Normal"/>
    <w:next w:val="Normal"/>
    <w:autoRedefine/>
    <w:uiPriority w:val="39"/>
    <w:unhideWhenUsed/>
    <w:rsid w:val="00614385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C7HVo7ggPrbfDKUn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tegridad@e-design.on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tegridad@e-design.on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pablo.lizana@e-design.on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-design.o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</Pages>
  <Words>1249</Words>
  <Characters>6825</Characters>
  <Application>Microsoft Office Word</Application>
  <DocSecurity>0</DocSecurity>
  <Lines>206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Pablo Lizana</cp:lastModifiedBy>
  <cp:revision>20</cp:revision>
  <dcterms:created xsi:type="dcterms:W3CDTF">2013-12-23T23:15:00Z</dcterms:created>
  <dcterms:modified xsi:type="dcterms:W3CDTF">2025-10-23T18:12:00Z</dcterms:modified>
  <cp:category/>
</cp:coreProperties>
</file>