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E34EB" w14:textId="65D91714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  <w:r w:rsidRPr="00614385">
        <w:rPr>
          <w:rFonts w:ascii="Roboto Condensed" w:hAnsi="Roboto Condensed" w:cs="Calibri"/>
          <w:b/>
          <w:noProof/>
          <w:color w:val="000000"/>
          <w:sz w:val="20"/>
          <w:lang w:val="es-ES" w:eastAsia="es-ES"/>
        </w:rPr>
        <w:drawing>
          <wp:anchor distT="0" distB="0" distL="114300" distR="114300" simplePos="0" relativeHeight="251659264" behindDoc="1" locked="0" layoutInCell="1" allowOverlap="1" wp14:anchorId="3BA20C9A" wp14:editId="1E739A09">
            <wp:simplePos x="0" y="0"/>
            <wp:positionH relativeFrom="column">
              <wp:posOffset>-1143000</wp:posOffset>
            </wp:positionH>
            <wp:positionV relativeFrom="paragraph">
              <wp:posOffset>-916940</wp:posOffset>
            </wp:positionV>
            <wp:extent cx="8229600" cy="10130155"/>
            <wp:effectExtent l="0" t="0" r="0" b="0"/>
            <wp:wrapNone/>
            <wp:docPr id="28" name="Imagen 28" descr="P4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P4#y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1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4AB03" w14:textId="54573CA5" w:rsidR="00A355AB" w:rsidRPr="00614385" w:rsidRDefault="008B31D9" w:rsidP="00EE23EB">
      <w:pPr>
        <w:jc w:val="center"/>
        <w:rPr>
          <w:rFonts w:ascii="Roboto Condensed" w:hAnsi="Roboto Condensed"/>
          <w:b/>
          <w:bCs/>
          <w:lang w:val="es-CL"/>
        </w:rPr>
      </w:pPr>
      <w:r w:rsidRPr="00614385">
        <w:rPr>
          <w:rFonts w:ascii="Roboto Condensed" w:hAnsi="Roboto Condensed" w:cs="Calibri"/>
          <w:noProof/>
          <w:lang w:val="es-ES" w:eastAsia="es-ES"/>
        </w:rPr>
        <w:drawing>
          <wp:anchor distT="0" distB="0" distL="114300" distR="114300" simplePos="0" relativeHeight="251663360" behindDoc="0" locked="0" layoutInCell="1" allowOverlap="1" wp14:anchorId="30482A75" wp14:editId="34D9E110">
            <wp:simplePos x="0" y="0"/>
            <wp:positionH relativeFrom="column">
              <wp:posOffset>542925</wp:posOffset>
            </wp:positionH>
            <wp:positionV relativeFrom="paragraph">
              <wp:posOffset>268605</wp:posOffset>
            </wp:positionV>
            <wp:extent cx="4500880" cy="1239520"/>
            <wp:effectExtent l="0" t="0" r="0" b="0"/>
            <wp:wrapNone/>
            <wp:docPr id="27" name="Imagen 27" descr="P7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P7#y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DD23A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2592D0DF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6B6E11F0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06BF592C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45D2E4F0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59A7E702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1A42476E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5228C9B3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2B555DE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3326D107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3F35D23B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370BACC6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12ACF23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089D025A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01F051BD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09074EE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45843F82" w14:textId="4523F4E6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  <w:r w:rsidRPr="00614385">
        <w:rPr>
          <w:rFonts w:ascii="Roboto Condensed" w:hAnsi="Roboto Condensed" w:cs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523F77" wp14:editId="5F036EA4">
                <wp:simplePos x="0" y="0"/>
                <wp:positionH relativeFrom="column">
                  <wp:posOffset>-314325</wp:posOffset>
                </wp:positionH>
                <wp:positionV relativeFrom="paragraph">
                  <wp:posOffset>79375</wp:posOffset>
                </wp:positionV>
                <wp:extent cx="6503035" cy="2377440"/>
                <wp:effectExtent l="0" t="0" r="0" b="0"/>
                <wp:wrapNone/>
                <wp:docPr id="1" name="Text Box 20" descr="P10TB2bA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035" cy="237744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pic="http://schemas.openxmlformats.org/drawingml/2006/pictur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pic="http://schemas.openxmlformats.org/drawingml/2006/pictur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FBC697" w14:textId="0D675632" w:rsidR="00A355AB" w:rsidRDefault="00ED1803" w:rsidP="00A355AB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4"/>
                              </w:rPr>
                            </w:pPr>
                            <w:r w:rsidRPr="00ED1803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4"/>
                              </w:rPr>
                              <w:t>DECLARACIÓN DE COMPROMISO DE LA DIRECCIÓN</w:t>
                            </w:r>
                          </w:p>
                          <w:p w14:paraId="213D5043" w14:textId="77777777" w:rsidR="00ED1803" w:rsidRDefault="00ED1803" w:rsidP="00A355A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s-ES" w:eastAsia="ja-JP"/>
                              </w:rPr>
                            </w:pPr>
                          </w:p>
                          <w:p w14:paraId="128770E4" w14:textId="6D032F6A" w:rsidR="0072433B" w:rsidRPr="0072433B" w:rsidRDefault="0072433B" w:rsidP="0072433B">
                            <w:pPr>
                              <w:spacing w:after="0" w:line="240" w:lineRule="auto"/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>E-DESIGN – Lizana, Morales y Bascur SpA</w:t>
                            </w:r>
                          </w:p>
                          <w:p w14:paraId="03FE4269" w14:textId="483CE81E" w:rsidR="00A355AB" w:rsidRPr="0072433B" w:rsidRDefault="0072433B" w:rsidP="0072433B">
                            <w:pPr>
                              <w:spacing w:after="0" w:line="240" w:lineRule="auto"/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>Octubre 2025</w:t>
                            </w:r>
                          </w:p>
                          <w:p w14:paraId="34381021" w14:textId="65CF917C" w:rsidR="0072433B" w:rsidRPr="0072433B" w:rsidRDefault="0072433B" w:rsidP="0072433B">
                            <w:pPr>
                              <w:spacing w:after="0" w:line="240" w:lineRule="auto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D7183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s-CL"/>
                              </w:rPr>
                              <w:t>Representante Legal:</w:t>
                            </w:r>
                            <w:r w:rsidRPr="005D7183">
                              <w:rPr>
                                <w:color w:val="FFFFFF" w:themeColor="background1"/>
                                <w:sz w:val="36"/>
                                <w:szCs w:val="36"/>
                                <w:lang w:val="es-CL"/>
                              </w:rPr>
                              <w:t xml:space="preserve"> Pablo Alonso Lizana Carvajal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23F77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alt="P10TB2bA#y1" style="position:absolute;left:0;text-align:left;margin-left:-24.75pt;margin-top:6.25pt;width:512.05pt;height:187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" filled="f">
                <v:stroke opacity="0" joinstyle="round"/>
                <v:textbox>
                  <w:txbxContent>
                    <w:p w14:paraId="06FBC697" w14:textId="0D675632" w:rsidR="00A355AB" w:rsidRDefault="00ED1803" w:rsidP="00A355AB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48"/>
                          <w:szCs w:val="44"/>
                        </w:rPr>
                      </w:pPr>
                      <w:r w:rsidRPr="00ED1803">
                        <w:rPr>
                          <w:b/>
                          <w:bCs/>
                          <w:color w:val="FFFFFF" w:themeColor="background1"/>
                          <w:sz w:val="48"/>
                          <w:szCs w:val="44"/>
                        </w:rPr>
                        <w:t>DECLARACIÓN DE COMPROMISO DE LA DIRECCIÓN</w:t>
                      </w:r>
                    </w:p>
                    <w:p w14:paraId="213D5043" w14:textId="77777777" w:rsidR="00ED1803" w:rsidRDefault="00ED1803" w:rsidP="00A355A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s-ES" w:eastAsia="ja-JP"/>
                        </w:rPr>
                      </w:pPr>
                    </w:p>
                    <w:p w14:paraId="128770E4" w14:textId="6D032F6A" w:rsidR="0072433B" w:rsidRPr="0072433B" w:rsidRDefault="0072433B" w:rsidP="0072433B">
                      <w:pPr>
                        <w:spacing w:after="0" w:line="240" w:lineRule="auto"/>
                        <w:rPr>
                          <w:b/>
                          <w:color w:val="FFFFFF"/>
                          <w:sz w:val="36"/>
                          <w:szCs w:val="36"/>
                        </w:rPr>
                      </w:pPr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>E-DESIGN – Lizana, Morales y Bascur SpA</w:t>
                      </w:r>
                    </w:p>
                    <w:p w14:paraId="03FE4269" w14:textId="483CE81E" w:rsidR="00A355AB" w:rsidRPr="0072433B" w:rsidRDefault="0072433B" w:rsidP="0072433B">
                      <w:pPr>
                        <w:spacing w:after="0" w:line="240" w:lineRule="auto"/>
                        <w:rPr>
                          <w:b/>
                          <w:color w:val="FFFFFF"/>
                          <w:sz w:val="36"/>
                          <w:szCs w:val="36"/>
                        </w:rPr>
                      </w:pPr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>Octubre 2025</w:t>
                      </w:r>
                    </w:p>
                    <w:p w14:paraId="34381021" w14:textId="65CF917C" w:rsidR="0072433B" w:rsidRPr="0072433B" w:rsidRDefault="0072433B" w:rsidP="0072433B">
                      <w:pPr>
                        <w:spacing w:after="0" w:line="240" w:lineRule="auto"/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D7183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s-CL"/>
                        </w:rPr>
                        <w:t>Representante Legal:</w:t>
                      </w:r>
                      <w:r w:rsidRPr="005D7183">
                        <w:rPr>
                          <w:color w:val="FFFFFF" w:themeColor="background1"/>
                          <w:sz w:val="36"/>
                          <w:szCs w:val="36"/>
                          <w:lang w:val="es-CL"/>
                        </w:rPr>
                        <w:t xml:space="preserve"> Pablo Alonso Lizana Carvajal</w:t>
                      </w:r>
                    </w:p>
                  </w:txbxContent>
                </v:textbox>
              </v:shape>
            </w:pict>
          </mc:Fallback>
        </mc:AlternateContent>
      </w:r>
    </w:p>
    <w:p w14:paraId="7B4EAFA3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DEC657A" w14:textId="14E58B76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5B76EEB2" w14:textId="2075E11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2448C9B" w14:textId="77777777" w:rsidR="008B31D9" w:rsidRPr="00614385" w:rsidRDefault="008B31D9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1DFC9DF5" w14:textId="77777777" w:rsidR="008B31D9" w:rsidRPr="00614385" w:rsidRDefault="008B31D9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148039AD" w14:textId="77777777" w:rsidR="007E3BBD" w:rsidRDefault="007E3BBD" w:rsidP="007E3BBD">
      <w:pPr>
        <w:spacing w:line="360" w:lineRule="auto"/>
        <w:rPr>
          <w:rFonts w:ascii="Roboto Condensed" w:hAnsi="Roboto Condensed"/>
          <w:b/>
          <w:bCs/>
          <w:lang w:val="es-CL"/>
        </w:rPr>
      </w:pPr>
    </w:p>
    <w:p w14:paraId="3663147D" w14:textId="77777777" w:rsidR="007E3BBD" w:rsidRPr="007E3BBD" w:rsidRDefault="007E3BBD" w:rsidP="007E3BBD">
      <w:pPr>
        <w:spacing w:line="360" w:lineRule="auto"/>
        <w:rPr>
          <w:rFonts w:ascii="Roboto Condensed" w:hAnsi="Roboto Condensed"/>
          <w:lang w:val="es-CL"/>
        </w:rPr>
      </w:pPr>
      <w:r w:rsidRPr="007E3BBD">
        <w:rPr>
          <w:rFonts w:ascii="Roboto Condensed" w:hAnsi="Roboto Condensed"/>
          <w:lang w:val="es-CL"/>
        </w:rPr>
        <w:t>Santiago, 23 de octubre de 2025</w:t>
      </w:r>
    </w:p>
    <w:p w14:paraId="1215C852" w14:textId="77777777" w:rsidR="007E3BBD" w:rsidRPr="007E3BBD" w:rsidRDefault="007E3BBD" w:rsidP="007E3BBD">
      <w:pPr>
        <w:spacing w:line="360" w:lineRule="auto"/>
        <w:rPr>
          <w:rFonts w:ascii="Roboto Condensed" w:hAnsi="Roboto Condensed"/>
          <w:lang w:val="es-CL"/>
        </w:rPr>
      </w:pPr>
      <w:r w:rsidRPr="007E3BBD">
        <w:rPr>
          <w:rFonts w:ascii="Roboto Condensed" w:hAnsi="Roboto Condensed"/>
          <w:lang w:val="es-CL"/>
        </w:rPr>
        <w:t>En mi calidad de Representante Legal de Lizana, Morales y Bascur SpA (E-Design), declaro que la Dirección de la empresa aprueba y respalda oficialmente el Programa de Integridad y Cumplimiento, comprometiéndose a velar por su cumplimiento, difusión y actualización anual.</w:t>
      </w:r>
    </w:p>
    <w:p w14:paraId="68B29B26" w14:textId="77777777" w:rsidR="007E3BBD" w:rsidRPr="007E3BBD" w:rsidRDefault="007E3BBD" w:rsidP="007E3BBD">
      <w:pPr>
        <w:spacing w:line="360" w:lineRule="auto"/>
        <w:rPr>
          <w:rFonts w:ascii="Roboto Condensed" w:hAnsi="Roboto Condensed"/>
          <w:lang w:val="es-CL"/>
        </w:rPr>
      </w:pPr>
      <w:r w:rsidRPr="007E3BBD">
        <w:rPr>
          <w:rFonts w:ascii="Roboto Condensed" w:hAnsi="Roboto Condensed"/>
          <w:lang w:val="es-CL"/>
        </w:rPr>
        <w:t>Asimismo, instruyo que dicho programa sea comunicado a todo el personal y colaboradores externos, publicado en el sitio web institucional y anexado a los contratos de prestación de servicios.</w:t>
      </w:r>
    </w:p>
    <w:p w14:paraId="730096A9" w14:textId="77777777" w:rsidR="007E3BBD" w:rsidRDefault="007E3BBD" w:rsidP="007E3BBD">
      <w:pPr>
        <w:spacing w:line="360" w:lineRule="auto"/>
        <w:rPr>
          <w:rFonts w:ascii="Roboto Condensed" w:hAnsi="Roboto Condensed"/>
          <w:b/>
          <w:bCs/>
          <w:lang w:val="es-CL"/>
        </w:rPr>
      </w:pPr>
    </w:p>
    <w:p w14:paraId="54BA912E" w14:textId="715C7B79" w:rsidR="00C5784E" w:rsidRPr="00614385" w:rsidRDefault="00C5784E" w:rsidP="007E3BBD">
      <w:pPr>
        <w:spacing w:line="360" w:lineRule="auto"/>
        <w:rPr>
          <w:rFonts w:ascii="Roboto Condensed" w:hAnsi="Roboto Condensed"/>
          <w:lang w:val="es-CL"/>
        </w:rPr>
      </w:pPr>
      <w:r w:rsidRPr="00C5784E">
        <w:rPr>
          <w:rFonts w:ascii="Roboto Condensed" w:hAnsi="Roboto Condensed"/>
          <w:lang w:val="es-CL"/>
        </w:rPr>
        <w:t>Firmado electrónicamente en Santiago de Chile:</w:t>
      </w:r>
    </w:p>
    <w:p w14:paraId="6CEB4598" w14:textId="77777777" w:rsidR="006C30B8" w:rsidRPr="00614385" w:rsidRDefault="006C30B8" w:rsidP="006C30B8">
      <w:pPr>
        <w:jc w:val="center"/>
        <w:rPr>
          <w:rFonts w:ascii="Roboto Condensed" w:hAnsi="Roboto Condensed" w:cs="Arial"/>
          <w:b/>
          <w:sz w:val="22"/>
        </w:rPr>
      </w:pPr>
      <w:r w:rsidRPr="00614385">
        <w:rPr>
          <w:rFonts w:ascii="Roboto Condensed" w:hAnsi="Roboto Condensed" w:cstheme="majorHAnsi"/>
          <w:noProof/>
        </w:rPr>
        <w:drawing>
          <wp:anchor distT="0" distB="0" distL="114300" distR="114300" simplePos="0" relativeHeight="251665408" behindDoc="0" locked="0" layoutInCell="1" allowOverlap="1" wp14:anchorId="61E379A1" wp14:editId="6EBE1098">
            <wp:simplePos x="0" y="0"/>
            <wp:positionH relativeFrom="margin">
              <wp:align>center</wp:align>
            </wp:positionH>
            <wp:positionV relativeFrom="paragraph">
              <wp:posOffset>317389</wp:posOffset>
            </wp:positionV>
            <wp:extent cx="1781175" cy="967740"/>
            <wp:effectExtent l="0" t="0" r="9525" b="3810"/>
            <wp:wrapTopAndBottom/>
            <wp:docPr id="795896912" name="Imagen 2" descr="Imagen que contiene esquiando, firmar, nieve, dibuj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48898" name="Imagen 2" descr="Imagen que contiene esquiando, firmar, nieve, dibuj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2" t="13006" r="13207" b="16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8D9D2E1" w14:textId="77777777" w:rsidR="006C30B8" w:rsidRPr="00614385" w:rsidRDefault="006C30B8" w:rsidP="006C30B8">
      <w:pPr>
        <w:jc w:val="center"/>
        <w:rPr>
          <w:rFonts w:ascii="Roboto Condensed" w:hAnsi="Roboto Condensed"/>
          <w:sz w:val="22"/>
        </w:rPr>
      </w:pPr>
      <w:r w:rsidRPr="00614385">
        <w:rPr>
          <w:rFonts w:ascii="Roboto Condensed" w:hAnsi="Roboto Condensed"/>
          <w:sz w:val="22"/>
        </w:rPr>
        <w:t>___________________________</w:t>
      </w:r>
    </w:p>
    <w:p w14:paraId="05460614" w14:textId="212F9106" w:rsidR="00C821E8" w:rsidRPr="00614385" w:rsidRDefault="006C30B8" w:rsidP="007E3BBD">
      <w:pPr>
        <w:jc w:val="center"/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 w:cstheme="majorHAnsi"/>
          <w:b/>
          <w:bCs/>
          <w:lang w:val="es-CL"/>
        </w:rPr>
        <w:t>Pablo Alonso Lizana Carvajal</w:t>
      </w:r>
      <w:r w:rsidRPr="00614385">
        <w:rPr>
          <w:rFonts w:ascii="Roboto Condensed" w:hAnsi="Roboto Condensed" w:cstheme="majorHAnsi"/>
          <w:lang w:val="es-CL"/>
        </w:rPr>
        <w:br/>
        <w:t>Representante Legal – E-Design</w:t>
      </w:r>
      <w:r w:rsidRPr="00614385">
        <w:rPr>
          <w:rFonts w:ascii="Roboto Condensed" w:hAnsi="Roboto Condensed" w:cstheme="majorHAnsi"/>
          <w:lang w:val="es-CL"/>
        </w:rPr>
        <w:br/>
        <w:t>RUT: 14.133.502-2</w:t>
      </w:r>
      <w:r w:rsidRPr="00614385">
        <w:rPr>
          <w:rFonts w:ascii="Roboto Condensed" w:hAnsi="Roboto Condensed" w:cstheme="majorHAnsi"/>
          <w:lang w:val="es-CL"/>
        </w:rPr>
        <w:br/>
        <w:t xml:space="preserve">Correo electrónico: </w:t>
      </w:r>
      <w:hyperlink r:id="rId11" w:history="1">
        <w:r w:rsidR="005C4BCE" w:rsidRPr="00792103">
          <w:rPr>
            <w:rStyle w:val="Hipervnculo"/>
            <w:rFonts w:ascii="Roboto Condensed" w:hAnsi="Roboto Condensed" w:cstheme="majorHAnsi"/>
            <w:lang w:val="es-CL"/>
          </w:rPr>
          <w:t>pablo.lizana@e-design.one</w:t>
        </w:r>
      </w:hyperlink>
      <w:r w:rsidR="005C4BCE">
        <w:rPr>
          <w:rFonts w:ascii="Roboto Condensed" w:hAnsi="Roboto Condensed" w:cstheme="majorHAnsi"/>
          <w:lang w:val="es-CL"/>
        </w:rPr>
        <w:t xml:space="preserve"> </w:t>
      </w:r>
      <w:r w:rsidRPr="00614385">
        <w:rPr>
          <w:rFonts w:ascii="Roboto Condensed" w:hAnsi="Roboto Condensed" w:cstheme="majorHAnsi"/>
          <w:lang w:val="es-CL"/>
        </w:rPr>
        <w:br/>
        <w:t>Teléfono: +56991531293</w:t>
      </w:r>
    </w:p>
    <w:p w14:paraId="1882F315" w14:textId="77777777" w:rsidR="00C821E8" w:rsidRPr="00BE6879" w:rsidRDefault="00C821E8" w:rsidP="00BE6879">
      <w:pPr>
        <w:rPr>
          <w:rFonts w:ascii="Roboto Condensed" w:hAnsi="Roboto Condensed"/>
          <w:lang w:val="es-CL"/>
        </w:rPr>
      </w:pPr>
    </w:p>
    <w:p w14:paraId="79C9225B" w14:textId="77777777" w:rsidR="00BE6879" w:rsidRPr="00614385" w:rsidRDefault="00BE6879" w:rsidP="005D7183">
      <w:pPr>
        <w:rPr>
          <w:rFonts w:ascii="Roboto Condensed" w:hAnsi="Roboto Condensed"/>
        </w:rPr>
      </w:pPr>
    </w:p>
    <w:sectPr w:rsidR="00BE6879" w:rsidRPr="00614385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5E242" w14:textId="77777777" w:rsidR="00C04EEB" w:rsidRDefault="00C04EEB" w:rsidP="00B505D6">
      <w:pPr>
        <w:spacing w:after="0" w:line="240" w:lineRule="auto"/>
      </w:pPr>
      <w:r>
        <w:separator/>
      </w:r>
    </w:p>
  </w:endnote>
  <w:endnote w:type="continuationSeparator" w:id="0">
    <w:p w14:paraId="03281A39" w14:textId="77777777" w:rsidR="00C04EEB" w:rsidRDefault="00C04EEB" w:rsidP="00B50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6668" w14:textId="4E8FAA30" w:rsidR="00B505D6" w:rsidRPr="00B505D6" w:rsidRDefault="00B505D6" w:rsidP="00B505D6">
    <w:pPr>
      <w:pStyle w:val="Piedepgina"/>
      <w:jc w:val="center"/>
      <w:rPr>
        <w:lang w:val="es-CL"/>
      </w:rPr>
    </w:pPr>
    <w:hyperlink r:id="rId1" w:history="1">
      <w:r w:rsidRPr="00792103">
        <w:rPr>
          <w:rStyle w:val="Hipervnculo"/>
          <w:lang w:val="es-CL"/>
        </w:rPr>
        <w:t>www.e-design.one</w:t>
      </w:r>
    </w:hyperlink>
    <w:r>
      <w:rPr>
        <w:lang w:val="es-CL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B39A" w14:textId="77777777" w:rsidR="00C04EEB" w:rsidRDefault="00C04EEB" w:rsidP="00B505D6">
      <w:pPr>
        <w:spacing w:after="0" w:line="240" w:lineRule="auto"/>
      </w:pPr>
      <w:r>
        <w:separator/>
      </w:r>
    </w:p>
  </w:footnote>
  <w:footnote w:type="continuationSeparator" w:id="0">
    <w:p w14:paraId="5C5C9BFD" w14:textId="77777777" w:rsidR="00C04EEB" w:rsidRDefault="00C04EEB" w:rsidP="00B50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841D" w14:textId="04DA3B39" w:rsidR="00B505D6" w:rsidRDefault="00B505D6" w:rsidP="00B505D6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629627" wp14:editId="437F870A">
          <wp:simplePos x="0" y="0"/>
          <wp:positionH relativeFrom="column">
            <wp:posOffset>2152015</wp:posOffset>
          </wp:positionH>
          <wp:positionV relativeFrom="paragraph">
            <wp:posOffset>-232470</wp:posOffset>
          </wp:positionV>
          <wp:extent cx="1190445" cy="414296"/>
          <wp:effectExtent l="0" t="0" r="0" b="5080"/>
          <wp:wrapTopAndBottom/>
          <wp:docPr id="50321207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445" cy="4142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B45926"/>
    <w:multiLevelType w:val="multilevel"/>
    <w:tmpl w:val="9E66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FA7DCB"/>
    <w:multiLevelType w:val="multilevel"/>
    <w:tmpl w:val="647C6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5442DE"/>
    <w:multiLevelType w:val="hybridMultilevel"/>
    <w:tmpl w:val="DC289EA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47043"/>
    <w:multiLevelType w:val="hybridMultilevel"/>
    <w:tmpl w:val="00AE9216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547590"/>
    <w:multiLevelType w:val="hybridMultilevel"/>
    <w:tmpl w:val="AA46D838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9D4E57"/>
    <w:multiLevelType w:val="hybridMultilevel"/>
    <w:tmpl w:val="6532A09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E6A4C"/>
    <w:multiLevelType w:val="hybridMultilevel"/>
    <w:tmpl w:val="6BCE58C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7A6BAB"/>
    <w:multiLevelType w:val="hybridMultilevel"/>
    <w:tmpl w:val="7F348A6A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7265D9"/>
    <w:multiLevelType w:val="multilevel"/>
    <w:tmpl w:val="E5AC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F2659B"/>
    <w:multiLevelType w:val="multilevel"/>
    <w:tmpl w:val="4AB8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255132"/>
    <w:multiLevelType w:val="hybridMultilevel"/>
    <w:tmpl w:val="76680B4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6C4E30"/>
    <w:multiLevelType w:val="hybridMultilevel"/>
    <w:tmpl w:val="829CF9D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72B8C"/>
    <w:multiLevelType w:val="multilevel"/>
    <w:tmpl w:val="894E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C50C05"/>
    <w:multiLevelType w:val="multilevel"/>
    <w:tmpl w:val="90EA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6C74B5"/>
    <w:multiLevelType w:val="multilevel"/>
    <w:tmpl w:val="35764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2476AA"/>
    <w:multiLevelType w:val="hybridMultilevel"/>
    <w:tmpl w:val="3FA648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E339A9"/>
    <w:multiLevelType w:val="hybridMultilevel"/>
    <w:tmpl w:val="822E84B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521DB"/>
    <w:multiLevelType w:val="multilevel"/>
    <w:tmpl w:val="2DEE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EE141B"/>
    <w:multiLevelType w:val="hybridMultilevel"/>
    <w:tmpl w:val="0DBA153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06EE3"/>
    <w:multiLevelType w:val="hybridMultilevel"/>
    <w:tmpl w:val="AFEA41D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D089E"/>
    <w:multiLevelType w:val="hybridMultilevel"/>
    <w:tmpl w:val="96A824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5C69B5"/>
    <w:multiLevelType w:val="hybridMultilevel"/>
    <w:tmpl w:val="3BE8ADC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CB7298"/>
    <w:multiLevelType w:val="hybridMultilevel"/>
    <w:tmpl w:val="16CCEE4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906EDC"/>
    <w:multiLevelType w:val="hybridMultilevel"/>
    <w:tmpl w:val="8A8A6B5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7139C"/>
    <w:multiLevelType w:val="multilevel"/>
    <w:tmpl w:val="E1E0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3E475F"/>
    <w:multiLevelType w:val="multilevel"/>
    <w:tmpl w:val="9E0E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5464412">
    <w:abstractNumId w:val="8"/>
  </w:num>
  <w:num w:numId="2" w16cid:durableId="1519154646">
    <w:abstractNumId w:val="6"/>
  </w:num>
  <w:num w:numId="3" w16cid:durableId="1387686277">
    <w:abstractNumId w:val="5"/>
  </w:num>
  <w:num w:numId="4" w16cid:durableId="536545363">
    <w:abstractNumId w:val="4"/>
  </w:num>
  <w:num w:numId="5" w16cid:durableId="1221213415">
    <w:abstractNumId w:val="7"/>
  </w:num>
  <w:num w:numId="6" w16cid:durableId="2080248444">
    <w:abstractNumId w:val="3"/>
  </w:num>
  <w:num w:numId="7" w16cid:durableId="1243489171">
    <w:abstractNumId w:val="2"/>
  </w:num>
  <w:num w:numId="8" w16cid:durableId="1710565001">
    <w:abstractNumId w:val="1"/>
  </w:num>
  <w:num w:numId="9" w16cid:durableId="883760483">
    <w:abstractNumId w:val="0"/>
  </w:num>
  <w:num w:numId="10" w16cid:durableId="251013584">
    <w:abstractNumId w:val="34"/>
  </w:num>
  <w:num w:numId="11" w16cid:durableId="1421176267">
    <w:abstractNumId w:val="9"/>
  </w:num>
  <w:num w:numId="12" w16cid:durableId="1147626233">
    <w:abstractNumId w:val="23"/>
  </w:num>
  <w:num w:numId="13" w16cid:durableId="1696729674">
    <w:abstractNumId w:val="33"/>
  </w:num>
  <w:num w:numId="14" w16cid:durableId="479731793">
    <w:abstractNumId w:val="22"/>
  </w:num>
  <w:num w:numId="15" w16cid:durableId="239408881">
    <w:abstractNumId w:val="10"/>
  </w:num>
  <w:num w:numId="16" w16cid:durableId="673535448">
    <w:abstractNumId w:val="26"/>
  </w:num>
  <w:num w:numId="17" w16cid:durableId="1885822870">
    <w:abstractNumId w:val="21"/>
  </w:num>
  <w:num w:numId="18" w16cid:durableId="2037657658">
    <w:abstractNumId w:val="18"/>
  </w:num>
  <w:num w:numId="19" w16cid:durableId="24448250">
    <w:abstractNumId w:val="17"/>
  </w:num>
  <w:num w:numId="20" w16cid:durableId="1264996130">
    <w:abstractNumId w:val="13"/>
  </w:num>
  <w:num w:numId="21" w16cid:durableId="244152838">
    <w:abstractNumId w:val="12"/>
  </w:num>
  <w:num w:numId="22" w16cid:durableId="2001884326">
    <w:abstractNumId w:val="15"/>
  </w:num>
  <w:num w:numId="23" w16cid:durableId="1922522970">
    <w:abstractNumId w:val="20"/>
  </w:num>
  <w:num w:numId="24" w16cid:durableId="840004456">
    <w:abstractNumId w:val="16"/>
  </w:num>
  <w:num w:numId="25" w16cid:durableId="997340849">
    <w:abstractNumId w:val="30"/>
  </w:num>
  <w:num w:numId="26" w16cid:durableId="2051148780">
    <w:abstractNumId w:val="14"/>
  </w:num>
  <w:num w:numId="27" w16cid:durableId="215239501">
    <w:abstractNumId w:val="11"/>
  </w:num>
  <w:num w:numId="28" w16cid:durableId="1762484535">
    <w:abstractNumId w:val="19"/>
  </w:num>
  <w:num w:numId="29" w16cid:durableId="709108227">
    <w:abstractNumId w:val="32"/>
  </w:num>
  <w:num w:numId="30" w16cid:durableId="1932935724">
    <w:abstractNumId w:val="27"/>
  </w:num>
  <w:num w:numId="31" w16cid:durableId="2057314621">
    <w:abstractNumId w:val="24"/>
  </w:num>
  <w:num w:numId="32" w16cid:durableId="1541164626">
    <w:abstractNumId w:val="25"/>
  </w:num>
  <w:num w:numId="33" w16cid:durableId="1791895313">
    <w:abstractNumId w:val="29"/>
  </w:num>
  <w:num w:numId="34" w16cid:durableId="915866346">
    <w:abstractNumId w:val="28"/>
  </w:num>
  <w:num w:numId="35" w16cid:durableId="214461705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4E25"/>
    <w:rsid w:val="001F167B"/>
    <w:rsid w:val="0029639D"/>
    <w:rsid w:val="00326F90"/>
    <w:rsid w:val="005C4BCE"/>
    <w:rsid w:val="005D7183"/>
    <w:rsid w:val="00614385"/>
    <w:rsid w:val="006941CB"/>
    <w:rsid w:val="006C30B8"/>
    <w:rsid w:val="0072433B"/>
    <w:rsid w:val="007A45CE"/>
    <w:rsid w:val="007E3BBD"/>
    <w:rsid w:val="008B31D9"/>
    <w:rsid w:val="00A355AB"/>
    <w:rsid w:val="00A82C84"/>
    <w:rsid w:val="00AA1D8D"/>
    <w:rsid w:val="00AD7D4B"/>
    <w:rsid w:val="00B47730"/>
    <w:rsid w:val="00B505D6"/>
    <w:rsid w:val="00BE6879"/>
    <w:rsid w:val="00C04EEB"/>
    <w:rsid w:val="00C5784E"/>
    <w:rsid w:val="00C821E8"/>
    <w:rsid w:val="00CB0664"/>
    <w:rsid w:val="00E7646A"/>
    <w:rsid w:val="00ED1803"/>
    <w:rsid w:val="00EE23EB"/>
    <w:rsid w:val="00EF5C07"/>
    <w:rsid w:val="00F11002"/>
    <w:rsid w:val="00F540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DCAF3E6D-7F8A-46EB-A925-E5F76E8A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3EB"/>
    <w:rPr>
      <w:rFonts w:ascii="Calibri" w:hAnsi="Calibri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A355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7A45C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45CE"/>
    <w:rPr>
      <w:color w:val="605E5C"/>
      <w:shd w:val="clear" w:color="auto" w:fill="E1DFDD"/>
    </w:rPr>
  </w:style>
  <w:style w:type="paragraph" w:styleId="TDC1">
    <w:name w:val="toc 1"/>
    <w:basedOn w:val="Normal"/>
    <w:next w:val="Normal"/>
    <w:autoRedefine/>
    <w:uiPriority w:val="39"/>
    <w:unhideWhenUsed/>
    <w:rsid w:val="00614385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blo.lizana@e-design.on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-design.o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123</Words>
  <Characters>677</Characters>
  <Application>Microsoft Office Word</Application>
  <DocSecurity>0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Pablo Lizana</cp:lastModifiedBy>
  <cp:revision>22</cp:revision>
  <dcterms:created xsi:type="dcterms:W3CDTF">2013-12-23T23:15:00Z</dcterms:created>
  <dcterms:modified xsi:type="dcterms:W3CDTF">2025-10-23T18:14:00Z</dcterms:modified>
  <cp:category/>
</cp:coreProperties>
</file>